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ind w:left="-426" w:firstLine="0"/>
        <w:rPr>
          <w:rFonts w:ascii="Algerian" w:cs="Algerian" w:eastAsia="Algerian" w:hAnsi="Algerian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s3                </w:t>
      </w:r>
      <w:r w:rsidDel="00000000" w:rsidR="00000000" w:rsidRPr="00000000">
        <w:rPr>
          <w:rFonts w:ascii="Algerian" w:cs="Algerian" w:eastAsia="Algerian" w:hAnsi="Algerian"/>
          <w:sz w:val="44"/>
          <w:szCs w:val="44"/>
          <w:rtl w:val="0"/>
        </w:rPr>
        <w:t xml:space="preserve">SNS COLLEGE OF TECHNOLOGY  </w:t>
      </w:r>
    </w:p>
    <w:p w:rsidR="00000000" w:rsidDel="00000000" w:rsidP="00000000" w:rsidRDefault="00000000" w:rsidRPr="00000000" w14:paraId="00000004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i w:val="1"/>
          <w:iCs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18"/>
          <w:szCs w:val="18"/>
          <w:rtl w:val="0"/>
        </w:rPr>
        <w:t xml:space="preserve">(An Autonomous Institution)</w:t>
      </w:r>
    </w:p>
    <w:p w:rsidR="00000000" w:rsidDel="00000000" w:rsidP="00000000" w:rsidRDefault="00000000" w:rsidRPr="00000000" w14:paraId="00000005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i w:val="1"/>
          <w:iCs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18"/>
          <w:szCs w:val="18"/>
          <w:rtl w:val="0"/>
        </w:rPr>
        <w:t xml:space="preserve">Approved by AICTE, New Delhi, Affiliated to Anna University, Chennai</w:t>
      </w:r>
    </w:p>
    <w:p w:rsidR="00000000" w:rsidDel="00000000" w:rsidP="00000000" w:rsidRDefault="00000000" w:rsidRPr="00000000" w14:paraId="00000006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i w:val="1"/>
          <w:iCs w:val="1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18"/>
          <w:szCs w:val="18"/>
          <w:rtl w:val="0"/>
        </w:rPr>
        <w:t xml:space="preserve">Fg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Accredited by NAAC-UGC with ‘A++’ Grade (Cycle III) &amp;</w:t>
      </w:r>
    </w:p>
    <w:p w:rsidR="00000000" w:rsidDel="00000000" w:rsidP="00000000" w:rsidRDefault="00000000" w:rsidRPr="00000000" w14:paraId="00000007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i w:val="1"/>
          <w:iCs w:val="1"/>
          <w:sz w:val="15"/>
          <w:szCs w:val="15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18"/>
          <w:szCs w:val="18"/>
          <w:rtl w:val="0"/>
        </w:rPr>
        <w:t xml:space="preserve">Accredited by NBA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15"/>
          <w:szCs w:val="15"/>
          <w:rtl w:val="0"/>
        </w:rPr>
        <w:t xml:space="preserve">(B.E - CSE, EEE, ECE, Mech&amp; B.Tech.IT)</w:t>
      </w:r>
    </w:p>
    <w:p w:rsidR="00000000" w:rsidDel="00000000" w:rsidP="00000000" w:rsidRDefault="00000000" w:rsidRPr="00000000" w14:paraId="00000008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COIMBATORE-641 035, TAMIL NADU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right" w:leader="none" w:pos="6320"/>
        </w:tabs>
        <w:ind w:left="1" w:hanging="3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23EET103 – Electric Circuits and Electron Devices</w:t>
      </w:r>
    </w:p>
    <w:p w:rsidR="00000000" w:rsidDel="00000000" w:rsidP="00000000" w:rsidRDefault="00000000" w:rsidRPr="00000000" w14:paraId="0000000A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IA -1 Question Bank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200" w:before="0" w:lineRule="auto"/>
        <w:rPr>
          <w:rFonts w:ascii="Cambria" w:cs="Cambria" w:eastAsia="Cambria" w:hAnsi="Cambria"/>
          <w:b w:val="0"/>
          <w:bCs w:val="0"/>
          <w:color w:val="000000"/>
          <w:sz w:val="22"/>
          <w:szCs w:val="22"/>
        </w:rPr>
      </w:pPr>
      <w:bookmarkStart w:colFirst="0" w:colLast="0" w:name="_heading=h.pv22u585tcbp" w:id="0"/>
      <w:bookmarkEnd w:id="0"/>
      <w:r w:rsidDel="00000000" w:rsidR="00000000" w:rsidRPr="00000000">
        <w:rPr>
          <w:rFonts w:ascii="Cambria" w:cs="Cambria" w:eastAsia="Cambria" w:hAnsi="Cambria"/>
          <w:b w:val="0"/>
          <w:bCs w:val="0"/>
          <w:color w:val="000000"/>
          <w:sz w:val="22"/>
          <w:szCs w:val="22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PART – 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spacing w:after="200" w:line="240" w:lineRule="auto"/>
        <w:ind w:left="-426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1. State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 significance of Ohm’s Law.</w:t>
      </w:r>
    </w:p>
    <w:p w:rsidR="00000000" w:rsidDel="00000000" w:rsidP="00000000" w:rsidRDefault="00000000" w:rsidRPr="00000000" w14:paraId="0000000D">
      <w:pPr>
        <w:pStyle w:val="Heading2"/>
        <w:numPr>
          <w:ilvl w:val="1"/>
          <w:numId w:val="13"/>
        </w:numPr>
        <w:spacing w:after="200" w:line="240" w:lineRule="auto"/>
        <w:ind w:left="426" w:hanging="36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Ohm’s Law states that current is directly proportional to voltage and inversely </w:t>
      </w:r>
    </w:p>
    <w:p w:rsidR="00000000" w:rsidDel="00000000" w:rsidP="00000000" w:rsidRDefault="00000000" w:rsidRPr="00000000" w14:paraId="0000000E">
      <w:pPr>
        <w:pStyle w:val="Heading2"/>
        <w:numPr>
          <w:ilvl w:val="1"/>
          <w:numId w:val="13"/>
        </w:numPr>
        <w:spacing w:after="200" w:line="240" w:lineRule="auto"/>
        <w:ind w:left="426" w:hanging="36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proportional to resistance.</w:t>
      </w:r>
    </w:p>
    <w:p w:rsidR="00000000" w:rsidDel="00000000" w:rsidP="00000000" w:rsidRDefault="00000000" w:rsidRPr="00000000" w14:paraId="0000000F">
      <w:pPr>
        <w:pStyle w:val="Heading2"/>
        <w:numPr>
          <w:ilvl w:val="1"/>
          <w:numId w:val="13"/>
        </w:numPr>
        <w:spacing w:after="200" w:line="240" w:lineRule="auto"/>
        <w:ind w:left="426" w:hanging="36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It forms the fundamental relationship between voltage, current and resistance.</w:t>
      </w:r>
    </w:p>
    <w:p w:rsidR="00000000" w:rsidDel="00000000" w:rsidP="00000000" w:rsidRDefault="00000000" w:rsidRPr="00000000" w14:paraId="00000010">
      <w:pPr>
        <w:pStyle w:val="Heading2"/>
        <w:numPr>
          <w:ilvl w:val="1"/>
          <w:numId w:val="13"/>
        </w:numPr>
        <w:spacing w:after="200" w:line="240" w:lineRule="auto"/>
        <w:ind w:left="426" w:hanging="360"/>
        <w:jc w:val="center"/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It helps in designing and analysing electrical circuits.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numPr>
          <w:ilvl w:val="1"/>
          <w:numId w:val="13"/>
        </w:numPr>
        <w:spacing w:after="200" w:line="240" w:lineRule="auto"/>
        <w:ind w:left="426" w:hanging="360"/>
        <w:jc w:val="center"/>
      </w:pPr>
      <w:bookmarkStart w:colFirst="0" w:colLast="0" w:name="_heading=h.upqgn4jbck86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It is applicable to linear, metallic conductors at constant temperature.</w:t>
      </w:r>
    </w:p>
    <w:p w:rsidR="00000000" w:rsidDel="00000000" w:rsidP="00000000" w:rsidRDefault="00000000" w:rsidRPr="00000000" w14:paraId="00000012">
      <w:pPr>
        <w:pStyle w:val="Heading2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80" w:before="280"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2 Write down the expression of equivalent resistance for ‘n’ number of  resistors in series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connection.,.,</w:t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n resistors in series:4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Req=R1+R2+R3+...+Rn </w:t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series: </w:t>
      </w:r>
    </w:p>
    <w:p w:rsidR="00000000" w:rsidDel="00000000" w:rsidP="00000000" w:rsidRDefault="00000000" w:rsidRPr="00000000" w14:paraId="0000001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Same current flow through all resistance</w:t>
      </w:r>
    </w:p>
    <w:p w:rsidR="00000000" w:rsidDel="00000000" w:rsidP="00000000" w:rsidRDefault="00000000" w:rsidRPr="00000000" w14:paraId="00000018">
      <w:pPr>
        <w:spacing w:before="28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Total resistance is the sum of individual resistances.</w:t>
      </w:r>
    </w:p>
    <w:p w:rsidR="00000000" w:rsidDel="00000000" w:rsidP="00000000" w:rsidRDefault="00000000" w:rsidRPr="00000000" w14:paraId="00000019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30" w:tblpY="0"/>
        <w:tblW w:w="9390.0" w:type="dxa"/>
        <w:jc w:val="left"/>
        <w:tblInd w:w="-21.999999999999993" w:type="dxa"/>
        <w:tblLayout w:type="fixed"/>
        <w:tblLook w:val="0400"/>
      </w:tblPr>
      <w:tblGrid>
        <w:gridCol w:w="4815"/>
        <w:gridCol w:w="4575"/>
        <w:tblGridChange w:id="0">
          <w:tblGrid>
            <w:gridCol w:w="4815"/>
            <w:gridCol w:w="4575"/>
          </w:tblGrid>
        </w:tblGridChange>
      </w:tblGrid>
      <w:tr>
        <w:trPr>
          <w:cantSplit w:val="0"/>
          <w:trHeight w:val="55.976562499999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Ideal Voltage Source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Practical Voltage Source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Internal resistance is zero (0 Ω)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Internal resistance is small but non-zero</w:t>
            </w:r>
          </w:p>
        </w:tc>
      </w:tr>
      <w:tr>
        <w:trPr>
          <w:cantSplit w:val="0"/>
          <w:trHeight w:val="766.953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Terminal voltage remains constant for any load current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Terminal voltage decreases as load current increases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 internal voltage drop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Internal voltage drop = IrI rIr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 internal power loss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Internal power loss occurs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Short-circuit current is infinite (theoretical)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Short-circuit current is limited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Efficiency is 100%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Efficiency is less than 100%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Cannot be physically realized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All real sources (battery, generator) are practical</w:t>
            </w:r>
          </w:p>
        </w:tc>
      </w:tr>
    </w:tbl>
    <w:p w:rsidR="00000000" w:rsidDel="00000000" w:rsidP="00000000" w:rsidRDefault="00000000" w:rsidRPr="00000000" w14:paraId="0000002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3 Differentiate Ideal from Practical voltage 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4 What is the power factor and why is it important in AC circuits?</w:t>
      </w:r>
    </w:p>
    <w:p w:rsidR="00000000" w:rsidDel="00000000" w:rsidP="00000000" w:rsidRDefault="00000000" w:rsidRPr="00000000" w14:paraId="0000002C">
      <w:pPr>
        <w:pStyle w:val="Heading3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Power factor is defined as the cosine of the phase angle between voltage and current in an AC circuit. </w:t>
      </w:r>
    </w:p>
    <w:p w:rsidR="00000000" w:rsidDel="00000000" w:rsidP="00000000" w:rsidRDefault="00000000" w:rsidRPr="00000000" w14:paraId="0000002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Power Factor = cosφ.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indicates how effectively electrical power is being converted into useful work. 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high power factor improves efficiency and reduces transmission losses.                                                                    </w:t>
      </w:r>
    </w:p>
    <w:p w:rsidR="00000000" w:rsidDel="00000000" w:rsidP="00000000" w:rsidRDefault="00000000" w:rsidRPr="00000000" w14:paraId="00000031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5 Why the form factor value is taken as 1.1 in AC circuits?</w:t>
      </w:r>
    </w:p>
    <w:p w:rsidR="00000000" w:rsidDel="00000000" w:rsidP="00000000" w:rsidRDefault="00000000" w:rsidRPr="00000000" w14:paraId="00000032">
      <w:pPr>
        <w:pStyle w:val="Heading3"/>
        <w:ind w:right="-1800"/>
        <w:rPr>
          <w:rFonts w:ascii="Times New Roman" w:cs="Times New Roman" w:eastAsia="Times New Roman" w:hAnsi="Times New Roman"/>
          <w:b w:val="0"/>
          <w:bCs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Form factor is the ratio of RMS value to average value of an alternating waveform.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id w:val="-2043814876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For a sinusoidal waveform, Form Factor = 0.707Vm / 0.637Vm ≈ 1.11. </w:t>
          </w:r>
        </w:sdtContent>
      </w:sdt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Hence, it is approximately taken as 1.1 for sine waves.</w:t>
      </w:r>
    </w:p>
    <w:p w:rsidR="00000000" w:rsidDel="00000000" w:rsidP="00000000" w:rsidRDefault="00000000" w:rsidRPr="00000000" w14:paraId="00000035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6 Outline the limitations of Ohm's law.</w:t>
      </w:r>
    </w:p>
    <w:p w:rsidR="00000000" w:rsidDel="00000000" w:rsidP="00000000" w:rsidRDefault="00000000" w:rsidRPr="00000000" w14:paraId="00000036">
      <w:pPr>
        <w:numPr>
          <w:ilvl w:val="0"/>
          <w:numId w:val="14"/>
        </w:numPr>
        <w:spacing w:line="240" w:lineRule="auto"/>
        <w:ind w:left="578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is valid only for linear metallic conductors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4"/>
        </w:numPr>
        <w:spacing w:line="240" w:lineRule="auto"/>
        <w:ind w:left="578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is not applicable to non-linear devices like diodes and transistors.</w:t>
      </w:r>
    </w:p>
    <w:p w:rsidR="00000000" w:rsidDel="00000000" w:rsidP="00000000" w:rsidRDefault="00000000" w:rsidRPr="00000000" w14:paraId="00000038">
      <w:pPr>
        <w:numPr>
          <w:ilvl w:val="0"/>
          <w:numId w:val="14"/>
        </w:numPr>
        <w:spacing w:line="240" w:lineRule="auto"/>
        <w:ind w:left="578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is valid only when temperature remains constant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9">
      <w:pPr>
        <w:numPr>
          <w:ilvl w:val="0"/>
          <w:numId w:val="14"/>
        </w:numPr>
        <w:spacing w:line="240" w:lineRule="auto"/>
        <w:ind w:left="578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does not apply to electrolytes and semiconductor materials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A">
      <w:pPr>
        <w:ind w:left="-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7 State KCL and K</w:t>
      </w:r>
    </w:p>
    <w:p w:rsidR="00000000" w:rsidDel="00000000" w:rsidP="00000000" w:rsidRDefault="00000000" w:rsidRPr="00000000" w14:paraId="0000003C">
      <w:pPr>
        <w:ind w:left="-284" w:hanging="142.00000000000003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Kirchhoff’s Current Law (KCL)</w:t>
      </w:r>
    </w:p>
    <w:p w:rsidR="00000000" w:rsidDel="00000000" w:rsidP="00000000" w:rsidRDefault="00000000" w:rsidRPr="00000000" w14:paraId="0000003D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any electrical node (junction), the algebraic sum of currents is zero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is, sum of incoming currents = sum of outgoing currents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3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Kirchhoff’s Voltage Law (KVL)</w:t>
      </w:r>
    </w:p>
    <w:p w:rsidR="00000000" w:rsidDel="00000000" w:rsidP="00000000" w:rsidRDefault="00000000" w:rsidRPr="00000000" w14:paraId="0000003F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any closed loop of a circuit, the algebraic sum of all voltages is zero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is, sum of voltage rises = sum of voltage drops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8 Why is electric charge important in circuit analysis?</w:t>
      </w:r>
    </w:p>
    <w:p w:rsidR="00000000" w:rsidDel="00000000" w:rsidP="00000000" w:rsidRDefault="00000000" w:rsidRPr="00000000" w14:paraId="00000041">
      <w:pPr>
        <w:numPr>
          <w:ilvl w:val="0"/>
          <w:numId w:val="1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Electric charge is the fundamental quantity responsible for the flow of current in a circuit.</w:t>
      </w:r>
    </w:p>
    <w:p w:rsidR="00000000" w:rsidDel="00000000" w:rsidP="00000000" w:rsidRDefault="00000000" w:rsidRPr="00000000" w14:paraId="00000042">
      <w:pPr>
        <w:numPr>
          <w:ilvl w:val="0"/>
          <w:numId w:val="1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is defined as the rate of flow of charge.</w:t>
      </w:r>
    </w:p>
    <w:p w:rsidR="00000000" w:rsidDel="00000000" w:rsidP="00000000" w:rsidRDefault="00000000" w:rsidRPr="00000000" w14:paraId="00000043">
      <w:pPr>
        <w:numPr>
          <w:ilvl w:val="0"/>
          <w:numId w:val="1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Circuit laws like KCL are based on conservation of charge.</w:t>
      </w:r>
    </w:p>
    <w:p w:rsidR="00000000" w:rsidDel="00000000" w:rsidP="00000000" w:rsidRDefault="00000000" w:rsidRPr="00000000" w14:paraId="00000044">
      <w:pPr>
        <w:numPr>
          <w:ilvl w:val="0"/>
          <w:numId w:val="1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Voltage, current, and electric fields are all related to the behavior of electric charge.</w:t>
      </w:r>
    </w:p>
    <w:p w:rsidR="00000000" w:rsidDel="00000000" w:rsidP="00000000" w:rsidRDefault="00000000" w:rsidRPr="00000000" w14:paraId="00000045">
      <w:pPr>
        <w:pStyle w:val="Heading3"/>
        <w:spacing w:before="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9. Point out the importance of impedance and state its unit.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Impedance is the total opposition offered to alternating current (AC) in a circuit.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combines both resistance (R)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reactance (X) (inductive and capacitive effects).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determines the magnitude and phase angle of current in AC circuits.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plays a key role in power factor and AC power calculations.</w:t>
      </w:r>
    </w:p>
    <w:p w:rsidR="00000000" w:rsidDel="00000000" w:rsidP="00000000" w:rsidRDefault="00000000" w:rsidRPr="00000000" w14:paraId="0000004B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SI unit of impedance is Ohm (Ω)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C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10 Define Peak factor.</w:t>
      </w:r>
    </w:p>
    <w:p w:rsidR="00000000" w:rsidDel="00000000" w:rsidP="00000000" w:rsidRDefault="00000000" w:rsidRPr="00000000" w14:paraId="0000004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Peak Factor is the ratio of the maximum (peak) value of an alternating quantity to its RMS (root mean square) value.</w:t>
      </w:r>
    </w:p>
    <w:p w:rsidR="00000000" w:rsidDel="00000000" w:rsidP="00000000" w:rsidRDefault="00000000" w:rsidRPr="00000000" w14:paraId="0000004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966085" cy="532765"/>
            <wp:effectExtent b="0" l="0" r="0" t="0"/>
            <wp:docPr id="195861929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532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PART – B</w:t>
      </w:r>
    </w:p>
    <w:p w:rsidR="00000000" w:rsidDel="00000000" w:rsidP="00000000" w:rsidRDefault="00000000" w:rsidRPr="00000000" w14:paraId="00000051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Using Kirchhoff’s First Law, determine the value of the unknown current of the circuit as shown below(KCL):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At any node, the sum of currents entering the node equals the sum of currents leaving the node.</w:t>
      </w:r>
    </w:p>
    <w:p w:rsidR="00000000" w:rsidDel="00000000" w:rsidP="00000000" w:rsidRDefault="00000000" w:rsidRPr="00000000" w14:paraId="00000052">
      <w:pPr>
        <w:spacing w:line="240" w:lineRule="auto"/>
        <w:ind w:left="-426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Identify the Node</w:t>
      </w:r>
    </w:p>
    <w:p w:rsidR="00000000" w:rsidDel="00000000" w:rsidP="00000000" w:rsidRDefault="00000000" w:rsidRPr="00000000" w14:paraId="00000053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At the top central node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entering from left  I = 18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line="240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leaving through right branch (given) = I₂ = 4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 leaving through middle branch = I₁ (unknown)0</w:t>
      </w:r>
    </w:p>
    <w:p w:rsidR="00000000" w:rsidDel="00000000" w:rsidP="00000000" w:rsidRDefault="00000000" w:rsidRPr="00000000" w14:paraId="00000057">
      <w:pPr>
        <w:pStyle w:val="Heading3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Apply KCL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Incoming Current=Outgoing Currents </w:t>
      </w:r>
    </w:p>
    <w:p w:rsidR="00000000" w:rsidDel="00000000" w:rsidP="00000000" w:rsidRDefault="00000000" w:rsidRPr="00000000" w14:paraId="0000005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18=I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+4</w:t>
      </w:r>
    </w:p>
    <w:p w:rsidR="00000000" w:rsidDel="00000000" w:rsidP="00000000" w:rsidRDefault="00000000" w:rsidRPr="00000000" w14:paraId="0000005A">
      <w:pPr>
        <w:pStyle w:val="Heading3"/>
        <w:jc w:val="center"/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color w:val="000000"/>
          <w:sz w:val="24"/>
          <w:szCs w:val="24"/>
          <w:rtl w:val="0"/>
        </w:rPr>
        <w:t xml:space="preserve"> = 18 - 4 =14</w:t>
      </w:r>
    </w:p>
    <w:p w:rsidR="00000000" w:rsidDel="00000000" w:rsidP="00000000" w:rsidRDefault="00000000" w:rsidRPr="00000000" w14:paraId="0000005B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 = 14A</w:t>
      </w:r>
    </w:p>
    <w:p w:rsidR="00000000" w:rsidDel="00000000" w:rsidP="00000000" w:rsidRDefault="00000000" w:rsidRPr="00000000" w14:paraId="0000005C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Using Kirchhoff’s Voltage Law (KVL), determine the electric current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pict>
          <v:shape id="_x0000_i1025" style="width:4pt;height:14.5pt" type="#_x0000_t75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targetScreenSz w:val=&quot;800x600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D4BE9&quot;/&gt;&lt;wsp:rsid wsp:val=&quot;00001EFA&quot;/&gt;&lt;wsp:rsid wsp:val=&quot;00006EAC&quot;/&gt;&lt;wsp:rsid wsp:val=&quot;000258D0&quot;/&gt;&lt;wsp:rsid wsp:val=&quot;00035995&quot;/&gt;&lt;wsp:rsid wsp:val=&quot;00046E6F&quot;/&gt;&lt;wsp:rsid wsp:val=&quot;000514F6&quot;/&gt;&lt;wsp:rsid wsp:val=&quot;0006127B&quot;/&gt;&lt;wsp:rsid wsp:val=&quot;0008311B&quot;/&gt;&lt;wsp:rsid wsp:val=&quot;00083D2C&quot;/&gt;&lt;wsp:rsid wsp:val=&quot;0008621B&quot;/&gt;&lt;wsp:rsid wsp:val=&quot;00095D95&quot;/&gt;&lt;wsp:rsid wsp:val=&quot;00097A34&quot;/&gt;&lt;wsp:rsid wsp:val=&quot;000A0A22&quot;/&gt;&lt;wsp:rsid wsp:val=&quot;000A276C&quot;/&gt;&lt;wsp:rsid wsp:val=&quot;000A4D4E&quot;/&gt;&lt;wsp:rsid wsp:val=&quot;000B4BBF&quot;/&gt;&lt;wsp:rsid wsp:val=&quot;000C0647&quot;/&gt;&lt;wsp:rsid wsp:val=&quot;000C1E02&quot;/&gt;&lt;wsp:rsid wsp:val=&quot;000C6480&quot;/&gt;&lt;wsp:rsid wsp:val=&quot;001108F0&quot;/&gt;&lt;wsp:rsid wsp:val=&quot;001567F4&quot;/&gt;&lt;wsp:rsid wsp:val=&quot;00184609&quot;/&gt;&lt;wsp:rsid wsp:val=&quot;00184A32&quot;/&gt;&lt;wsp:rsid wsp:val=&quot;0019399D&quot;/&gt;&lt;wsp:rsid wsp:val=&quot;001A76A1&quot;/&gt;&lt;wsp:rsid wsp:val=&quot;001B0652&quot;/&gt;&lt;wsp:rsid wsp:val=&quot;001C0023&quot;/&gt;&lt;wsp:rsid wsp:val=&quot;001C12F8&quot;/&gt;&lt;wsp:rsid wsp:val=&quot;001C3C25&quot;/&gt;&lt;wsp:rsid wsp:val=&quot;001D386D&quot;/&gt;&lt;wsp:rsid wsp:val=&quot;001E6333&quot;/&gt;&lt;wsp:rsid wsp:val=&quot;001F0187&quot;/&gt;&lt;wsp:rsid wsp:val=&quot;00216EEE&quot;/&gt;&lt;wsp:rsid wsp:val=&quot;002276B3&quot;/&gt;&lt;wsp:rsid wsp:val=&quot;002426E7&quot;/&gt;&lt;wsp:rsid wsp:val=&quot;00244ECF&quot;/&gt;&lt;wsp:rsid wsp:val=&quot;00265C68&quot;/&gt;&lt;wsp:rsid wsp:val=&quot;00273F21&quot;/&gt;&lt;wsp:rsid wsp:val=&quot;00274A27&quot;/&gt;&lt;wsp:rsid wsp:val=&quot;00286255&quot;/&gt;&lt;wsp:rsid wsp:val=&quot;00286E85&quot;/&gt;&lt;wsp:rsid wsp:val=&quot;00294EC2&quot;/&gt;&lt;wsp:rsid wsp:val=&quot;00295AE0&quot;/&gt;&lt;wsp:rsid wsp:val=&quot;002A51D3&quot;/&gt;&lt;wsp:rsid wsp:val=&quot;002A68D2&quot;/&gt;&lt;wsp:rsid wsp:val=&quot;002D58CF&quot;/&gt;&lt;wsp:rsid wsp:val=&quot;002E406E&quot;/&gt;&lt;wsp:rsid wsp:val=&quot;002E455E&quot;/&gt;&lt;wsp:rsid wsp:val=&quot;002F32DD&quot;/&gt;&lt;wsp:rsid wsp:val=&quot;002F5AFA&quot;/&gt;&lt;wsp:rsid wsp:val=&quot;002F61E6&quot;/&gt;&lt;wsp:rsid wsp:val=&quot;00302D49&quot;/&gt;&lt;wsp:rsid wsp:val=&quot;00312D41&quot;/&gt;&lt;wsp:rsid wsp:val=&quot;00324A4F&quot;/&gt;&lt;wsp:rsid wsp:val=&quot;003301B6&quot;/&gt;&lt;wsp:rsid wsp:val=&quot;003361C3&quot;/&gt;&lt;wsp:rsid wsp:val=&quot;00351E63&quot;/&gt;&lt;wsp:rsid wsp:val=&quot;00353C59&quot;/&gt;&lt;wsp:rsid wsp:val=&quot;0036557E&quot;/&gt;&lt;wsp:rsid wsp:val=&quot;00373051&quot;/&gt;&lt;wsp:rsid wsp:val=&quot;00380CB9&quot;/&gt;&lt;wsp:rsid wsp:val=&quot;00396949&quot;/&gt;&lt;wsp:rsid wsp:val=&quot;0039695D&quot;/&gt;&lt;wsp:rsid wsp:val=&quot;003969C3&quot;/&gt;&lt;wsp:rsid wsp:val=&quot;003A2AE6&quot;/&gt;&lt;wsp:rsid wsp:val=&quot;003A7720&quot;/&gt;&lt;wsp:rsid wsp:val=&quot;003B0F72&quot;/&gt;&lt;wsp:rsid wsp:val=&quot;003B466C&quot;/&gt;&lt;wsp:rsid wsp:val=&quot;003C4A0A&quot;/&gt;&lt;wsp:rsid wsp:val=&quot;003C6850&quot;/&gt;&lt;wsp:rsid wsp:val=&quot;003D1B2A&quot;/&gt;&lt;wsp:rsid wsp:val=&quot;003D2E0B&quot;/&gt;&lt;wsp:rsid wsp:val=&quot;003D42DC&quot;/&gt;&lt;wsp:rsid wsp:val=&quot;003E538B&quot;/&gt;&lt;wsp:rsid wsp:val=&quot;003E64AB&quot;/&gt;&lt;wsp:rsid wsp:val=&quot;003F19A6&quot;/&gt;&lt;wsp:rsid wsp:val=&quot;003F3DB1&quot;/&gt;&lt;wsp:rsid wsp:val=&quot;003F57C9&quot;/&gt;&lt;wsp:rsid wsp:val=&quot;003F7C91&quot;/&gt;&lt;wsp:rsid wsp:val=&quot;004133EA&quot;/&gt;&lt;wsp:rsid wsp:val=&quot;00422CC0&quot;/&gt;&lt;wsp:rsid wsp:val=&quot;0042706F&quot;/&gt;&lt;wsp:rsid wsp:val=&quot;00453140&quot;/&gt;&lt;wsp:rsid wsp:val=&quot;0045637A&quot;/&gt;&lt;wsp:rsid wsp:val=&quot;00465D58&quot;/&gt;&lt;wsp:rsid wsp:val=&quot;00477987&quot;/&gt;&lt;wsp:rsid wsp:val=&quot;00486FD8&quot;/&gt;&lt;wsp:rsid wsp:val=&quot;004A0026&quot;/&gt;&lt;wsp:rsid wsp:val=&quot;004C5FF2&quot;/&gt;&lt;wsp:rsid wsp:val=&quot;004E2CFF&quot;/&gt;&lt;wsp:rsid wsp:val=&quot;004E3DB2&quot;/&gt;&lt;wsp:rsid wsp:val=&quot;00501009&quot;/&gt;&lt;wsp:rsid wsp:val=&quot;00501E2D&quot;/&gt;&lt;wsp:rsid wsp:val=&quot;00507BE6&quot;/&gt;&lt;wsp:rsid wsp:val=&quot;00517778&quot;/&gt;&lt;wsp:rsid wsp:val=&quot;00527F2A&quot;/&gt;&lt;wsp:rsid wsp:val=&quot;00530D70&quot;/&gt;&lt;wsp:rsid wsp:val=&quot;00532EE0&quot;/&gt;&lt;wsp:rsid wsp:val=&quot;00537DB7&quot;/&gt;&lt;wsp:rsid wsp:val=&quot;00544243&quot;/&gt;&lt;wsp:rsid wsp:val=&quot;00554A07&quot;/&gt;&lt;wsp:rsid wsp:val=&quot;0057577B&quot;/&gt;&lt;wsp:rsid wsp:val=&quot;00584F6D&quot;/&gt;&lt;wsp:rsid wsp:val=&quot;00587E7F&quot;/&gt;&lt;wsp:rsid wsp:val=&quot;00590090&quot;/&gt;&lt;wsp:rsid wsp:val=&quot;00590716&quot;/&gt;&lt;wsp:rsid wsp:val=&quot;00597F31&quot;/&gt;&lt;wsp:rsid wsp:val=&quot;005B4070&quot;/&gt;&lt;wsp:rsid wsp:val=&quot;005D0E2F&quot;/&gt;&lt;wsp:rsid wsp:val=&quot;005D215E&quot;/&gt;&lt;wsp:rsid wsp:val=&quot;005E0DF5&quot;/&gt;&lt;wsp:rsid wsp:val=&quot;005E3E5C&quot;/&gt;&lt;wsp:rsid wsp:val=&quot;00602DFE&quot;/&gt;&lt;wsp:rsid wsp:val=&quot;0060627E&quot;/&gt;&lt;wsp:rsid wsp:val=&quot;00610147&quot;/&gt;&lt;wsp:rsid wsp:val=&quot;00617C2C&quot;/&gt;&lt;wsp:rsid wsp:val=&quot;00655F0A&quot;/&gt;&lt;wsp:rsid wsp:val=&quot;00656E83&quot;/&gt;&lt;wsp:rsid wsp:val=&quot;00694066&quot;/&gt;&lt;wsp:rsid wsp:val=&quot;006956AD&quot;/&gt;&lt;wsp:rsid wsp:val=&quot;0069597F&quot;/&gt;&lt;wsp:rsid wsp:val=&quot;006A3CAB&quot;/&gt;&lt;wsp:rsid wsp:val=&quot;006B0D1B&quot;/&gt;&lt;wsp:rsid wsp:val=&quot;006B24C1&quot;/&gt;&lt;wsp:rsid wsp:val=&quot;006B56CD&quot;/&gt;&lt;wsp:rsid wsp:val=&quot;006B789A&quot;/&gt;&lt;wsp:rsid wsp:val=&quot;006C22C9&quot;/&gt;&lt;wsp:rsid wsp:val=&quot;006D3741&quot;/&gt;&lt;wsp:rsid wsp:val=&quot;006D5464&quot;/&gt;&lt;wsp:rsid wsp:val=&quot;006E2AED&quot;/&gt;&lt;wsp:rsid wsp:val=&quot;006E4213&quot;/&gt;&lt;wsp:rsid wsp:val=&quot;007059A6&quot;/&gt;&lt;wsp:rsid wsp:val=&quot;00710E33&quot;/&gt;&lt;wsp:rsid wsp:val=&quot;007123FE&quot;/&gt;&lt;wsp:rsid wsp:val=&quot;00715BB5&quot;/&gt;&lt;wsp:rsid wsp:val=&quot;00720F31&quot;/&gt;&lt;wsp:rsid wsp:val=&quot;007265FB&quot;/&gt;&lt;wsp:rsid wsp:val=&quot;00730816&quot;/&gt;&lt;wsp:rsid wsp:val=&quot;00742ECC&quot;/&gt;&lt;wsp:rsid wsp:val=&quot;0074318D&quot;/&gt;&lt;wsp:rsid wsp:val=&quot;007518E0&quot;/&gt;&lt;wsp:rsid wsp:val=&quot;007530C2&quot;/&gt;&lt;wsp:rsid wsp:val=&quot;0078735B&quot;/&gt;&lt;wsp:rsid wsp:val=&quot;007924AB&quot;/&gt;&lt;wsp:rsid wsp:val=&quot;007B4941&quot;/&gt;&lt;wsp:rsid wsp:val=&quot;007C026A&quot;/&gt;&lt;wsp:rsid wsp:val=&quot;007C1B93&quot;/&gt;&lt;wsp:rsid wsp:val=&quot;007C4E46&quot;/&gt;&lt;wsp:rsid wsp:val=&quot;007D184D&quot;/&gt;&lt;wsp:rsid wsp:val=&quot;007D5EFE&quot;/&gt;&lt;wsp:rsid wsp:val=&quot;007E35DA&quot;/&gt;&lt;wsp:rsid wsp:val=&quot;007F1770&quot;/&gt;&lt;wsp:rsid wsp:val=&quot;007F4EFE&quot;/&gt;&lt;wsp:rsid wsp:val=&quot;007F51CA&quot;/&gt;&lt;wsp:rsid wsp:val=&quot;007F5A3A&quot;/&gt;&lt;wsp:rsid wsp:val=&quot;007F5E5E&quot;/&gt;&lt;wsp:rsid wsp:val=&quot;00824C42&quot;/&gt;&lt;wsp:rsid wsp:val=&quot;00830C57&quot;/&gt;&lt;wsp:rsid wsp:val=&quot;0083613E&quot;/&gt;&lt;wsp:rsid wsp:val=&quot;0084249D&quot;/&gt;&lt;wsp:rsid wsp:val=&quot;00845E8D&quot;/&gt;&lt;wsp:rsid wsp:val=&quot;00847FCA&quot;/&gt;&lt;wsp:rsid wsp:val=&quot;0086019C&quot;/&gt;&lt;wsp:rsid wsp:val=&quot;00863409&quot;/&gt;&lt;wsp:rsid wsp:val=&quot;008647B1&quot;/&gt;&lt;wsp:rsid wsp:val=&quot;00866E74&quot;/&gt;&lt;wsp:rsid wsp:val=&quot;00881018&quot;/&gt;&lt;wsp:rsid wsp:val=&quot;008913F8&quot;/&gt;&lt;wsp:rsid wsp:val=&quot;00894248&quot;/&gt;&lt;wsp:rsid wsp:val=&quot;008C20ED&quot;/&gt;&lt;wsp:rsid wsp:val=&quot;008C56A2&quot;/&gt;&lt;wsp:rsid wsp:val=&quot;008D253E&quot;/&gt;&lt;wsp:rsid wsp:val=&quot;008E1C36&quot;/&gt;&lt;wsp:rsid wsp:val=&quot;00924A37&quot;/&gt;&lt;wsp:rsid wsp:val=&quot;00935783&quot;/&gt;&lt;wsp:rsid wsp:val=&quot;00936507&quot;/&gt;&lt;wsp:rsid wsp:val=&quot;00941797&quot;/&gt;&lt;wsp:rsid wsp:val=&quot;00943397&quot;/&gt;&lt;wsp:rsid wsp:val=&quot;00944BB6&quot;/&gt;&lt;wsp:rsid wsp:val=&quot;00946EF9&quot;/&gt;&lt;wsp:rsid wsp:val=&quot;0095194E&quot;/&gt;&lt;wsp:rsid wsp:val=&quot;00952761&quot;/&gt;&lt;wsp:rsid wsp:val=&quot;0096684D&quot;/&gt;&lt;wsp:rsid wsp:val=&quot;0097100C&quot;/&gt;&lt;wsp:rsid wsp:val=&quot;00974542&quot;/&gt;&lt;wsp:rsid wsp:val=&quot;009A1BBC&quot;/&gt;&lt;wsp:rsid wsp:val=&quot;009A3AD5&quot;/&gt;&lt;wsp:rsid wsp:val=&quot;009B7D49&quot;/&gt;&lt;wsp:rsid wsp:val=&quot;009D190C&quot;/&gt;&lt;wsp:rsid wsp:val=&quot;009E32B2&quot;/&gt;&lt;wsp:rsid wsp:val=&quot;009E56DE&quot;/&gt;&lt;wsp:rsid wsp:val=&quot;00A03848&quot;/&gt;&lt;wsp:rsid wsp:val=&quot;00A2059B&quot;/&gt;&lt;wsp:rsid wsp:val=&quot;00A24A61&quot;/&gt;&lt;wsp:rsid wsp:val=&quot;00A3075D&quot;/&gt;&lt;wsp:rsid wsp:val=&quot;00A31B7E&quot;/&gt;&lt;wsp:rsid wsp:val=&quot;00A33C1B&quot;/&gt;&lt;wsp:rsid wsp:val=&quot;00A35902&quot;/&gt;&lt;wsp:rsid wsp:val=&quot;00A377A7&quot;/&gt;&lt;wsp:rsid wsp:val=&quot;00A43BC5&quot;/&gt;&lt;wsp:rsid wsp:val=&quot;00A474DE&quot;/&gt;&lt;wsp:rsid wsp:val=&quot;00A47B0D&quot;/&gt;&lt;wsp:rsid wsp:val=&quot;00A6169A&quot;/&gt;&lt;wsp:rsid wsp:val=&quot;00A70393&quot;/&gt;&lt;wsp:rsid wsp:val=&quot;00A7486A&quot;/&gt;&lt;wsp:rsid wsp:val=&quot;00A87D1D&quot;/&gt;&lt;wsp:rsid wsp:val=&quot;00A9256D&quot;/&gt;&lt;wsp:rsid wsp:val=&quot;00AB13FC&quot;/&gt;&lt;wsp:rsid wsp:val=&quot;00AC0FCC&quot;/&gt;&lt;wsp:rsid wsp:val=&quot;00AD7499&quot;/&gt;&lt;wsp:rsid wsp:val=&quot;00AE0644&quot;/&gt;&lt;wsp:rsid wsp:val=&quot;00B14239&quot;/&gt;&lt;wsp:rsid wsp:val=&quot;00B17158&quot;/&gt;&lt;wsp:rsid wsp:val=&quot;00B301C6&quot;/&gt;&lt;wsp:rsid wsp:val=&quot;00B30527&quot;/&gt;&lt;wsp:rsid wsp:val=&quot;00B313AC&quot;/&gt;&lt;wsp:rsid wsp:val=&quot;00B35D7D&quot;/&gt;&lt;wsp:rsid wsp:val=&quot;00B52F4E&quot;/&gt;&lt;wsp:rsid wsp:val=&quot;00B53312&quot;/&gt;&lt;wsp:rsid wsp:val=&quot;00B57CB0&quot;/&gt;&lt;wsp:rsid wsp:val=&quot;00B76BAF&quot;/&gt;&lt;wsp:rsid wsp:val=&quot;00B82EF5&quot;/&gt;&lt;wsp:rsid wsp:val=&quot;00B839ED&quot;/&gt;&lt;wsp:rsid wsp:val=&quot;00BA1523&quot;/&gt;&lt;wsp:rsid wsp:val=&quot;00BB30BA&quot;/&gt;&lt;wsp:rsid wsp:val=&quot;00BD0E36&quot;/&gt;&lt;wsp:rsid wsp:val=&quot;00BD3AA5&quot;/&gt;&lt;wsp:rsid wsp:val=&quot;00BE3939&quot;/&gt;&lt;wsp:rsid wsp:val=&quot;00BE4BE3&quot;/&gt;&lt;wsp:rsid wsp:val=&quot;00BF3DE8&quot;/&gt;&lt;wsp:rsid wsp:val=&quot;00C035AB&quot;/&gt;&lt;wsp:rsid wsp:val=&quot;00C13C61&quot;/&gt;&lt;wsp:rsid wsp:val=&quot;00C14232&quot;/&gt;&lt;wsp:rsid wsp:val=&quot;00C14E1F&quot;/&gt;&lt;wsp:rsid wsp:val=&quot;00C20BED&quot;/&gt;&lt;wsp:rsid wsp:val=&quot;00C25170&quot;/&gt;&lt;wsp:rsid wsp:val=&quot;00C27D26&quot;/&gt;&lt;wsp:rsid wsp:val=&quot;00C40582&quot;/&gt;&lt;wsp:rsid wsp:val=&quot;00C40918&quot;/&gt;&lt;wsp:rsid wsp:val=&quot;00C505B8&quot;/&gt;&lt;wsp:rsid wsp:val=&quot;00C51E9B&quot;/&gt;&lt;wsp:rsid wsp:val=&quot;00C57AA8&quot;/&gt;&lt;wsp:rsid wsp:val=&quot;00C64B64&quot;/&gt;&lt;wsp:rsid wsp:val=&quot;00C71D28&quot;/&gt;&lt;wsp:rsid wsp:val=&quot;00C7744E&quot;/&gt;&lt;wsp:rsid wsp:val=&quot;00C84F5D&quot;/&gt;&lt;wsp:rsid wsp:val=&quot;00C94F39&quot;/&gt;&lt;wsp:rsid wsp:val=&quot;00CA0000&quot;/&gt;&lt;wsp:rsid wsp:val=&quot;00CA3F32&quot;/&gt;&lt;wsp:rsid wsp:val=&quot;00CA6E4C&quot;/&gt;&lt;wsp:rsid wsp:val=&quot;00CB3B69&quot;/&gt;&lt;wsp:rsid wsp:val=&quot;00CB4A00&quot;/&gt;&lt;wsp:rsid wsp:val=&quot;00CC1400&quot;/&gt;&lt;wsp:rsid wsp:val=&quot;00CD1468&quot;/&gt;&lt;wsp:rsid wsp:val=&quot;00CE1ACA&quot;/&gt;&lt;wsp:rsid wsp:val=&quot;00CE276A&quot;/&gt;&lt;wsp:rsid wsp:val=&quot;00CE3778&quot;/&gt;&lt;wsp:rsid wsp:val=&quot;00CE4BA1&quot;/&gt;&lt;wsp:rsid wsp:val=&quot;00D03F88&quot;/&gt;&lt;wsp:rsid wsp:val=&quot;00D04C43&quot;/&gt;&lt;wsp:rsid wsp:val=&quot;00D14292&quot;/&gt;&lt;wsp:rsid wsp:val=&quot;00D20998&quot;/&gt;&lt;wsp:rsid wsp:val=&quot;00D24595&quot;/&gt;&lt;wsp:rsid wsp:val=&quot;00D25191&quot;/&gt;&lt;wsp:rsid wsp:val=&quot;00D3597F&quot;/&gt;&lt;wsp:rsid wsp:val=&quot;00D45173&quot;/&gt;&lt;wsp:rsid wsp:val=&quot;00D549C3&quot;/&gt;&lt;wsp:rsid wsp:val=&quot;00D56A83&quot;/&gt;&lt;wsp:rsid wsp:val=&quot;00D62295&quot;/&gt;&lt;wsp:rsid wsp:val=&quot;00D7175E&quot;/&gt;&lt;wsp:rsid wsp:val=&quot;00D75184&quot;/&gt;&lt;wsp:rsid wsp:val=&quot;00D7661D&quot;/&gt;&lt;wsp:rsid wsp:val=&quot;00D859D3&quot;/&gt;&lt;wsp:rsid wsp:val=&quot;00D97DB8&quot;/&gt;&lt;wsp:rsid wsp:val=&quot;00DA074F&quot;/&gt;&lt;wsp:rsid wsp:val=&quot;00DA5979&quot;/&gt;&lt;wsp:rsid wsp:val=&quot;00DC617E&quot;/&gt;&lt;wsp:rsid wsp:val=&quot;00DD0AE9&quot;/&gt;&lt;wsp:rsid wsp:val=&quot;00DD4BE9&quot;/&gt;&lt;wsp:rsid wsp:val=&quot;00E13058&quot;/&gt;&lt;wsp:rsid wsp:val=&quot;00E27A6D&quot;/&gt;&lt;wsp:rsid wsp:val=&quot;00E37F5F&quot;/&gt;&lt;wsp:rsid wsp:val=&quot;00E4101C&quot;/&gt;&lt;wsp:rsid wsp:val=&quot;00E44764&quot;/&gt;&lt;wsp:rsid wsp:val=&quot;00E86F35&quot;/&gt;&lt;wsp:rsid wsp:val=&quot;00EA6D2F&quot;/&gt;&lt;wsp:rsid wsp:val=&quot;00EC199C&quot;/&gt;&lt;wsp:rsid wsp:val=&quot;00EC64F3&quot;/&gt;&lt;wsp:rsid wsp:val=&quot;00ED2361&quot;/&gt;&lt;wsp:rsid wsp:val=&quot;00ED5299&quot;/&gt;&lt;wsp:rsid wsp:val=&quot;00ED7908&quot;/&gt;&lt;wsp:rsid wsp:val=&quot;00F0090D&quot;/&gt;&lt;wsp:rsid wsp:val=&quot;00F018D4&quot;/&gt;&lt;wsp:rsid wsp:val=&quot;00F06CDC&quot;/&gt;&lt;wsp:rsid wsp:val=&quot;00F105EB&quot;/&gt;&lt;wsp:rsid wsp:val=&quot;00F309E6&quot;/&gt;&lt;wsp:rsid wsp:val=&quot;00F419AA&quot;/&gt;&lt;wsp:rsid wsp:val=&quot;00F4485A&quot;/&gt;&lt;wsp:rsid wsp:val=&quot;00F5298C&quot;/&gt;&lt;wsp:rsid wsp:val=&quot;00F53A2D&quot;/&gt;&lt;wsp:rsid wsp:val=&quot;00F65B7B&quot;/&gt;&lt;wsp:rsid wsp:val=&quot;00F66C00&quot;/&gt;&lt;wsp:rsid wsp:val=&quot;00F72E80&quot;/&gt;&lt;wsp:rsid wsp:val=&quot;00F778AD&quot;/&gt;&lt;wsp:rsid wsp:val=&quot;00F9419C&quot;/&gt;&lt;wsp:rsid wsp:val=&quot;00F95B67&quot;/&gt;&lt;wsp:rsid wsp:val=&quot;00FA6106&quot;/&gt;&lt;wsp:rsid wsp:val=&quot;00FA7DD8&quot;/&gt;&lt;wsp:rsid wsp:val=&quot;00FB6561&quot;/&gt;&lt;wsp:rsid wsp:val=&quot;00FC4D99&quot;/&gt;&lt;wsp:rsid wsp:val=&quot;00FC6904&quot;/&gt;&lt;wsp:rsid wsp:val=&quot;00FD1AF3&quot;/&gt;&lt;wsp:rsid wsp:val=&quot;00FE0400&quot;/&gt;&lt;wsp:rsid wsp:val=&quot;00FE3DC0&quot;/&gt;&lt;wsp:rsid wsp:val=&quot;00FF1333&quot;/&gt;&lt;wsp:rsid wsp:val=&quot;00FF2C41&quot;/&gt;&lt;wsp:rsid wsp:val=&quot;00FF3587&quot;/&gt;&lt;wsp:rsid wsp:val=&quot;00FF6404&quot;/&gt;&lt;wsp:rsid wsp:val=&quot;5CB673DB&quot;/&gt;&lt;wsp:rsid wsp:val=&quot;72E04D30&quot;/&gt;&lt;/wsp:rsids&gt;&lt;/w:docPr&gt;&lt;w:body&gt;&lt;wx:sect&gt;&lt;wx:sub-section&gt;&lt;w:p wsp:rsidR=&quot;00000000&quot; wsp:rsidRDefault=&quot;00944BB6&quot; wsp:rsidP=&quot;00944BB6&quot;&gt;&lt;w:pPr&gt;&lt;w:ind w:left=&quot;0&quot; w:hanging=&quot;2&quot;/&gt;&lt;/w:pPr&gt;&lt;m:oMathPara&gt;&lt;m:oMath&gt;&lt;m:r&gt;&lt;m:rPr&gt;&lt;m:sty m:val=&quot;p&quot;/&gt;&lt;/m:rPr&gt;&lt;w:rPr&gt;&lt;w:rFonts w:ascii=&quot;Cambria Math&quot; w:h-ansi=&quot;Cambria Math&quot;/&gt;&lt;wx:font wx:val=&quot;Cambria Math&quot;/&gt;&lt;w:position w:val=&quot;0&quot;/&gt;&lt;w:lang w:fareast=&quot;EN-US&quot;/&gt;&lt;/w:rPr&gt;&lt;m:t&gt;I&lt;/m:t&gt;&lt;/m:r&gt;&lt;/m:oMath&gt;&lt;/m:oMathPara&gt;&lt;/w:p&gt;&lt;/wx:sub-section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chromakey="white" r:id="rId1" o:title=""/>
          </v:shape>
        </w:pic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flowing in the circuit shown below. If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=2</m:t>
        </m:r>
        <m:r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</w:rPr>
          <m:t xml:space="preserve"> </m:t>
        </m:r>
        <m:r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</w:rPr>
          <m:t>Ω</m:t>
        </m:r>
      </m:oMath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,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=4</m:t>
        </m:r>
        <m:r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</w:rPr>
          <m:t xml:space="preserve"> </m:t>
        </m:r>
        <m:r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</w:rPr>
          <m:t>Ω</m:t>
        </m:r>
      </m:oMath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,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3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=6</m:t>
        </m:r>
        <m:r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</w:rPr>
          <m:t xml:space="preserve"> </m:t>
        </m:r>
        <m:r>
          <w:rPr>
            <w:rFonts w:ascii="Times New Roman" w:cs="Times New Roman" w:eastAsia="Times New Roman" w:hAnsi="Times New Roman"/>
            <w:b w:val="1"/>
            <w:bCs w:val="1"/>
            <w:sz w:val="24"/>
            <w:szCs w:val="24"/>
          </w:rPr>
          <m:t>Ω</m:t>
        </m:r>
      </m:oMath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 All elements are connected in a single closed loop. Find the value of current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D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605405" cy="1527175"/>
            <wp:effectExtent b="0" l="0" r="0" t="0"/>
            <wp:docPr id="195861928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527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3371215" cy="1407160"/>
            <wp:effectExtent b="0" l="0" r="0" t="0"/>
            <wp:docPr id="195861928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40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Kirchhoff’s Current Law </w:t>
      </w:r>
    </w:p>
    <w:p w:rsidR="00000000" w:rsidDel="00000000" w:rsidP="00000000" w:rsidRDefault="00000000" w:rsidRPr="00000000" w14:paraId="0000005F">
      <w:pPr>
        <w:pStyle w:val="Heading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Given:</w:t>
      </w:r>
    </w:p>
    <w:p w:rsidR="00000000" w:rsidDel="00000000" w:rsidP="00000000" w:rsidRDefault="00000000" w:rsidRPr="00000000" w14:paraId="00000060">
      <w:pPr>
        <w:spacing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E1=10 V</w:t>
      </w:r>
    </w:p>
    <w:p w:rsidR="00000000" w:rsidDel="00000000" w:rsidP="00000000" w:rsidRDefault="00000000" w:rsidRPr="00000000" w14:paraId="00000061">
      <w:pPr>
        <w:spacing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E2=5 V</w:t>
      </w:r>
    </w:p>
    <w:p w:rsidR="00000000" w:rsidDel="00000000" w:rsidP="00000000" w:rsidRDefault="00000000" w:rsidRPr="00000000" w14:paraId="00000062">
      <w:pPr>
        <w:spacing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R1=2Ω</w:t>
      </w:r>
    </w:p>
    <w:p w:rsidR="00000000" w:rsidDel="00000000" w:rsidP="00000000" w:rsidRDefault="00000000" w:rsidRPr="00000000" w14:paraId="00000063">
      <w:pPr>
        <w:spacing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R2=4Ω</w:t>
      </w:r>
    </w:p>
    <w:p w:rsidR="00000000" w:rsidDel="00000000" w:rsidP="00000000" w:rsidRDefault="00000000" w:rsidRPr="00000000" w14:paraId="00000064">
      <w:pPr>
        <w:spacing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R3=6Ω</w:t>
      </w:r>
    </w:p>
    <w:p w:rsidR="00000000" w:rsidDel="00000000" w:rsidP="00000000" w:rsidRDefault="00000000" w:rsidRPr="00000000" w14:paraId="00000065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id w:val="119227790"/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All elements are connected in a single closed loop → Series circuit.</w:t>
          </w:r>
        </w:sdtContent>
      </w:sdt>
    </w:p>
    <w:p w:rsidR="00000000" w:rsidDel="00000000" w:rsidP="00000000" w:rsidRDefault="00000000" w:rsidRPr="00000000" w14:paraId="00000066">
      <w:pPr>
        <w:pStyle w:val="Heading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Find Total Resistance</w:t>
      </w:r>
    </w:p>
    <w:p w:rsidR="00000000" w:rsidDel="00000000" w:rsidP="00000000" w:rsidRDefault="00000000" w:rsidRPr="00000000" w14:paraId="00000067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Since all resistors are in series:</w:t>
      </w:r>
    </w:p>
    <w:p w:rsidR="00000000" w:rsidDel="00000000" w:rsidP="00000000" w:rsidRDefault="00000000" w:rsidRPr="00000000" w14:paraId="0000006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Req=R1+R2+R3</w:t>
      </w:r>
    </w:p>
    <w:p w:rsidR="00000000" w:rsidDel="00000000" w:rsidP="00000000" w:rsidRDefault="00000000" w:rsidRPr="00000000" w14:paraId="0000006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Req = 2+4+6 = 12 Ω</w:t>
      </w:r>
    </w:p>
    <w:p w:rsidR="00000000" w:rsidDel="00000000" w:rsidP="00000000" w:rsidRDefault="00000000" w:rsidRPr="00000000" w14:paraId="0000006A">
      <w:pPr>
        <w:pStyle w:val="Heading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Apply Kirchhoff’s Voltage Law (KVL)</w:t>
      </w:r>
    </w:p>
    <w:p w:rsidR="00000000" w:rsidDel="00000000" w:rsidP="00000000" w:rsidRDefault="00000000" w:rsidRPr="00000000" w14:paraId="0000006B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KVL states:</w:t>
      </w:r>
    </w:p>
    <w:p w:rsidR="00000000" w:rsidDel="00000000" w:rsidP="00000000" w:rsidRDefault="00000000" w:rsidRPr="00000000" w14:paraId="0000006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Sum of voltages in a closed loop=0 </w:t>
      </w:r>
    </w:p>
    <w:p w:rsidR="00000000" w:rsidDel="00000000" w:rsidP="00000000" w:rsidRDefault="00000000" w:rsidRPr="00000000" w14:paraId="0000006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id w:val="850119869"/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+E1−IR1−IR2−IR3−E2=0</w:t>
          </w:r>
        </w:sdtContent>
      </w:sdt>
    </w:p>
    <w:p w:rsidR="00000000" w:rsidDel="00000000" w:rsidP="00000000" w:rsidRDefault="00000000" w:rsidRPr="00000000" w14:paraId="0000006E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E1-I(R1+R2+R3)-E2 = 0</w:t>
      </w:r>
    </w:p>
    <w:p w:rsidR="00000000" w:rsidDel="00000000" w:rsidP="00000000" w:rsidRDefault="00000000" w:rsidRPr="00000000" w14:paraId="0000006F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Substitute values:</w:t>
      </w:r>
    </w:p>
    <w:p w:rsidR="00000000" w:rsidDel="00000000" w:rsidP="00000000" w:rsidRDefault="00000000" w:rsidRPr="00000000" w14:paraId="00000070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10 -I(12) -5 = 0</w:t>
      </w:r>
    </w:p>
    <w:p w:rsidR="00000000" w:rsidDel="00000000" w:rsidP="00000000" w:rsidRDefault="00000000" w:rsidRPr="00000000" w14:paraId="00000071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5-12I=0</w:t>
      </w:r>
    </w:p>
    <w:p w:rsidR="00000000" w:rsidDel="00000000" w:rsidP="00000000" w:rsidRDefault="00000000" w:rsidRPr="00000000" w14:paraId="00000072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5 / 12</w:t>
      </w:r>
    </w:p>
    <w:p w:rsidR="00000000" w:rsidDel="00000000" w:rsidP="00000000" w:rsidRDefault="00000000" w:rsidRPr="00000000" w14:paraId="00000073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I=0.417 A</w:t>
      </w:r>
    </w:p>
    <w:p w:rsidR="00000000" w:rsidDel="00000000" w:rsidP="00000000" w:rsidRDefault="00000000" w:rsidRPr="00000000" w14:paraId="00000074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Explain comprehensively the concepts of (i) Voltage, (ii) Current, (iii) Power, (iv) Energy and (v) Resistance, including their SI units and mathematical expressions.</w:t>
      </w:r>
    </w:p>
    <w:p w:rsidR="00000000" w:rsidDel="00000000" w:rsidP="00000000" w:rsidRDefault="00000000" w:rsidRPr="00000000" w14:paraId="00000075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40.0" w:type="dxa"/>
        <w:jc w:val="left"/>
        <w:tblInd w:w="-5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"/>
        <w:gridCol w:w="2460"/>
        <w:gridCol w:w="1665"/>
        <w:gridCol w:w="1410"/>
        <w:gridCol w:w="3525"/>
        <w:tblGridChange w:id="0">
          <w:tblGrid>
            <w:gridCol w:w="1380"/>
            <w:gridCol w:w="2460"/>
            <w:gridCol w:w="1665"/>
            <w:gridCol w:w="1410"/>
            <w:gridCol w:w="3525"/>
          </w:tblGrid>
        </w:tblGridChange>
      </w:tblGrid>
      <w:tr>
        <w:trPr>
          <w:cantSplit w:val="0"/>
          <w:trHeight w:val="28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Quantity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Definition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Mathematical Expression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SI Unit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Explanation / Key Points</w:t>
            </w:r>
          </w:p>
        </w:tc>
      </w:tr>
      <w:tr>
        <w:trPr>
          <w:cantSplit w:val="0"/>
          <w:trHeight w:val="3112.8125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Voltage (V)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Voltage is the electrical potential difference between two points in a circuit. It represents the work done to move a unit charge from one point to another.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 = W / Q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Volt (V)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Volt = 1 Joule/Coulomb. It is the driving force that pushes charges through a conductor. Also called EMF when supplied by a source.</w:t>
            </w:r>
          </w:p>
        </w:tc>
      </w:tr>
      <w:tr>
        <w:trPr>
          <w:cantSplit w:val="0"/>
          <w:trHeight w:val="59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8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Current (I)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Current is the rate of flow of electric charge through a conductor.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= Q /t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Ampere (A)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Ampere = 1 Coulomb/second. It flows from higher potential to lower potential (conventional direction).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vMerge w:val="restart"/>
            <w:vAlign w:val="bottom"/>
          </w:tcPr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Power (P)</w:t>
            </w:r>
          </w:p>
        </w:tc>
        <w:tc>
          <w:tcPr>
            <w:vMerge w:val="restart"/>
            <w:vAlign w:val="bottom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Power is the rate at which electrical energy is consumed or converted into other forms of energy.</w:t>
            </w:r>
          </w:p>
        </w:tc>
        <w:tc>
          <w:tcPr>
            <w:vMerge w:val="restart"/>
            <w:vAlign w:val="bottom"/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P=VI</w:t>
            </w:r>
          </w:p>
        </w:tc>
        <w:tc>
          <w:tcPr>
            <w:vMerge w:val="restart"/>
            <w:vAlign w:val="bottom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Watt (W)</w:t>
            </w:r>
          </w:p>
        </w:tc>
        <w:tc>
          <w:tcPr>
            <w:vMerge w:val="restart"/>
            <w:vAlign w:val="bottom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Watt = 1 Joule/second. Indicates how fast electrical work is done. Used in rating electrical devices.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Merge w:val="continue"/>
            <w:vAlign w:val="bottom"/>
          </w:tcPr>
          <w:p w:rsidR="00000000" w:rsidDel="00000000" w:rsidP="00000000" w:rsidRDefault="00000000" w:rsidRPr="00000000" w14:paraId="0000008A">
            <w:pPr>
              <w:ind w:left="-42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bottom"/>
          </w:tcPr>
          <w:p w:rsidR="00000000" w:rsidDel="00000000" w:rsidP="00000000" w:rsidRDefault="00000000" w:rsidRPr="00000000" w14:paraId="0000008B">
            <w:pPr>
              <w:ind w:left="-42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bottom"/>
          </w:tcPr>
          <w:p w:rsidR="00000000" w:rsidDel="00000000" w:rsidP="00000000" w:rsidRDefault="00000000" w:rsidRPr="00000000" w14:paraId="0000008C">
            <w:pPr>
              <w:ind w:left="-42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bottom"/>
          </w:tcPr>
          <w:p w:rsidR="00000000" w:rsidDel="00000000" w:rsidP="00000000" w:rsidRDefault="00000000" w:rsidRPr="00000000" w14:paraId="0000008D">
            <w:pPr>
              <w:ind w:left="-42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bottom"/>
          </w:tcPr>
          <w:p w:rsidR="00000000" w:rsidDel="00000000" w:rsidP="00000000" w:rsidRDefault="00000000" w:rsidRPr="00000000" w14:paraId="0000008E">
            <w:pPr>
              <w:ind w:left="-42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0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8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Energy (E)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Electrical energy is the total work done or total power consumed over time.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E=Pt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Joule (J)</w:t>
            </w:r>
          </w:p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Commercial Unit: kWh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kWh = 3.6 × 10⁶ J. Energy determines electricity consumption in homes and industries.</w:t>
            </w:r>
          </w:p>
        </w:tc>
      </w:tr>
      <w:tr>
        <w:trPr>
          <w:cantSplit w:val="0"/>
          <w:trHeight w:val="888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Resistance (R)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Resistance is the opposition offered by a material to the flow of electric current.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R=V/I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Ohm (Ω)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Ohm = 1 Volt/Ampere. Depends on material, length, cross-sectional area and temperature. Given by </w:t>
            </w:r>
          </w:p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pict>
                <v:shape id="_x0000_i1026" style="width:47pt;height:18pt" o:ole="" type="#_x0000_t75">
                  <v:imagedata r:id="rId2" o:title=""/>
                </v:shape>
                <o:OLEObject DrawAspect="Content" r:id="rId3" ObjectID="_1833475191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Analyze the following electrical power terms in AC circuits, explaining their definitions, relationships, and associated units:</w:t>
      </w:r>
    </w:p>
    <w:p w:rsidR="00000000" w:rsidDel="00000000" w:rsidP="00000000" w:rsidRDefault="00000000" w:rsidRPr="00000000" w14:paraId="0000009D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i) Power</w:t>
      </w:r>
    </w:p>
    <w:p w:rsidR="00000000" w:rsidDel="00000000" w:rsidP="00000000" w:rsidRDefault="00000000" w:rsidRPr="00000000" w14:paraId="0000009E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ii) Real Power </w:t>
      </w:r>
    </w:p>
    <w:p w:rsidR="00000000" w:rsidDel="00000000" w:rsidP="00000000" w:rsidRDefault="00000000" w:rsidRPr="00000000" w14:paraId="0000009F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iii) Reactive Power</w:t>
      </w:r>
    </w:p>
    <w:p w:rsidR="00000000" w:rsidDel="00000000" w:rsidP="00000000" w:rsidRDefault="00000000" w:rsidRPr="00000000" w14:paraId="000000A0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iv) Apparent Power</w:t>
      </w:r>
    </w:p>
    <w:p w:rsidR="00000000" w:rsidDel="00000000" w:rsidP="00000000" w:rsidRDefault="00000000" w:rsidRPr="00000000" w14:paraId="000000A1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Style w:val="Heading2"/>
        <w:numPr>
          <w:ilvl w:val="1"/>
          <w:numId w:val="2"/>
        </w:numPr>
        <w:ind w:left="426" w:hanging="72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Power (Instantaneous Power)</w:t>
      </w:r>
    </w:p>
    <w:p w:rsidR="00000000" w:rsidDel="00000000" w:rsidP="00000000" w:rsidRDefault="00000000" w:rsidRPr="00000000" w14:paraId="000000A3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Definition: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Instantaneous power is the product of instantaneous voltage and instantaneous current at any given time.</w:t>
      </w:r>
    </w:p>
    <w:p w:rsidR="00000000" w:rsidDel="00000000" w:rsidP="00000000" w:rsidRDefault="00000000" w:rsidRPr="00000000" w14:paraId="000000A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p(t)=v(t) i(t)</w:t>
      </w:r>
    </w:p>
    <w:p w:rsidR="00000000" w:rsidDel="00000000" w:rsidP="00000000" w:rsidRDefault="00000000" w:rsidRPr="00000000" w14:paraId="000000A5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898775" cy="534670"/>
            <wp:effectExtent b="0" l="0" r="0" t="0"/>
            <wp:docPr id="195861928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534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sinusoidal signals:</w:t>
      </w:r>
    </w:p>
    <w:p w:rsidR="00000000" w:rsidDel="00000000" w:rsidP="00000000" w:rsidRDefault="00000000" w:rsidRPr="00000000" w14:paraId="000000A7">
      <w:pPr>
        <w:numPr>
          <w:ilvl w:val="0"/>
          <w:numId w:val="4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Voltage: v=V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sinωt </w:t>
      </w:r>
    </w:p>
    <w:p w:rsidR="00000000" w:rsidDel="00000000" w:rsidP="00000000" w:rsidRDefault="00000000" w:rsidRPr="00000000" w14:paraId="000000A8">
      <w:pPr>
        <w:numPr>
          <w:ilvl w:val="0"/>
          <w:numId w:val="4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Current: i=I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m</w:t>
      </w:r>
      <w:sdt>
        <w:sdtPr>
          <w:id w:val="1325430927"/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4"/>
              <w:szCs w:val="24"/>
              <w:rtl w:val="0"/>
            </w:rPr>
            <w:t xml:space="preserve">sin(ωt−ϕ)</w:t>
          </w:r>
        </w:sdtContent>
      </w:sdt>
    </w:p>
    <w:p w:rsidR="00000000" w:rsidDel="00000000" w:rsidP="00000000" w:rsidRDefault="00000000" w:rsidRPr="00000000" w14:paraId="000000A9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Power varies continuously with time.</w:t>
      </w:r>
    </w:p>
    <w:p w:rsidR="00000000" w:rsidDel="00000000" w:rsidP="00000000" w:rsidRDefault="00000000" w:rsidRPr="00000000" w14:paraId="000000AA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Unit: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Watt (W)</w:t>
      </w:r>
    </w:p>
    <w:p w:rsidR="00000000" w:rsidDel="00000000" w:rsidP="00000000" w:rsidRDefault="00000000" w:rsidRPr="00000000" w14:paraId="000000AB">
      <w:pPr>
        <w:pStyle w:val="Heading2"/>
        <w:numPr>
          <w:ilvl w:val="1"/>
          <w:numId w:val="2"/>
        </w:numPr>
        <w:ind w:left="426" w:hanging="72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Real Power (Active Power) – P</w:t>
      </w:r>
    </w:p>
    <w:p w:rsidR="00000000" w:rsidDel="00000000" w:rsidP="00000000" w:rsidRDefault="00000000" w:rsidRPr="00000000" w14:paraId="000000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Definition: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Real power is the actual useful power consumed by the load and converted into work, heat, or light.</w:t>
      </w:r>
    </w:p>
    <w:p w:rsidR="00000000" w:rsidDel="00000000" w:rsidP="00000000" w:rsidRDefault="00000000" w:rsidRPr="00000000" w14:paraId="000000A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64055" cy="381635"/>
            <wp:effectExtent b="0" l="0" r="0" t="0"/>
            <wp:docPr id="195861930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81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Where:</w:t>
        <w:br w:type="textWrapping"/>
        <w:t xml:space="preserve">ϕ = Phase angle between voltage and current</w:t>
      </w:r>
    </w:p>
    <w:p w:rsidR="00000000" w:rsidDel="00000000" w:rsidP="00000000" w:rsidRDefault="00000000" w:rsidRPr="00000000" w14:paraId="000000AF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Unit: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Watt (W)</w:t>
      </w:r>
    </w:p>
    <w:p w:rsidR="00000000" w:rsidDel="00000000" w:rsidP="00000000" w:rsidRDefault="00000000" w:rsidRPr="00000000" w14:paraId="000000B0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Key Points: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Exists in resistive components.</w:t>
      </w:r>
    </w:p>
    <w:p w:rsidR="00000000" w:rsidDel="00000000" w:rsidP="00000000" w:rsidRDefault="00000000" w:rsidRPr="00000000" w14:paraId="000000B2">
      <w:pPr>
        <w:numPr>
          <w:ilvl w:val="0"/>
          <w:numId w:val="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Responsible for useful energy conversion.</w:t>
      </w:r>
    </w:p>
    <w:p w:rsidR="00000000" w:rsidDel="00000000" w:rsidP="00000000" w:rsidRDefault="00000000" w:rsidRPr="00000000" w14:paraId="000000B3">
      <w:pPr>
        <w:numPr>
          <w:ilvl w:val="0"/>
          <w:numId w:val="5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Also called Active Power or True Power.</w:t>
      </w:r>
    </w:p>
    <w:p w:rsidR="00000000" w:rsidDel="00000000" w:rsidP="00000000" w:rsidRDefault="00000000" w:rsidRPr="00000000" w14:paraId="000000B4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(iii) Reactive Power – Q</w:t>
      </w:r>
    </w:p>
    <w:p w:rsidR="00000000" w:rsidDel="00000000" w:rsidP="00000000" w:rsidRDefault="00000000" w:rsidRPr="00000000" w14:paraId="000000B5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Definition: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Reactive power is the power that oscillates between the source and reactive elements (inductor and capacitor).</w:t>
      </w:r>
    </w:p>
    <w:p w:rsidR="00000000" w:rsidDel="00000000" w:rsidP="00000000" w:rsidRDefault="00000000" w:rsidRPr="00000000" w14:paraId="000000B6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75180" cy="596265"/>
            <wp:effectExtent b="0" l="0" r="0" t="0"/>
            <wp:docPr id="195861930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596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Unit: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Volt-Ampere Reactive (VAR)</w:t>
      </w:r>
    </w:p>
    <w:p w:rsidR="00000000" w:rsidDel="00000000" w:rsidP="00000000" w:rsidRDefault="00000000" w:rsidRPr="00000000" w14:paraId="000000B8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Key Points: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Exists in inductors and capacitors.</w:t>
      </w:r>
    </w:p>
    <w:p w:rsidR="00000000" w:rsidDel="00000000" w:rsidP="00000000" w:rsidRDefault="00000000" w:rsidRPr="00000000" w14:paraId="000000BA">
      <w:pPr>
        <w:numPr>
          <w:ilvl w:val="0"/>
          <w:numId w:val="6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Does not perform useful work.</w:t>
      </w:r>
    </w:p>
    <w:p w:rsidR="00000000" w:rsidDel="00000000" w:rsidP="00000000" w:rsidRDefault="00000000" w:rsidRPr="00000000" w14:paraId="000000BB">
      <w:pPr>
        <w:numPr>
          <w:ilvl w:val="0"/>
          <w:numId w:val="6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Responsible for energy storage in magnetic or electric fields.</w:t>
      </w:r>
    </w:p>
    <w:p w:rsidR="00000000" w:rsidDel="00000000" w:rsidP="00000000" w:rsidRDefault="00000000" w:rsidRPr="00000000" w14:paraId="000000BC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(iv) Apparent Power – S</w:t>
      </w:r>
    </w:p>
    <w:p w:rsidR="00000000" w:rsidDel="00000000" w:rsidP="00000000" w:rsidRDefault="00000000" w:rsidRPr="00000000" w14:paraId="000000BD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Definition: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t xml:space="preserve">Apparent power is the total power supplied by the source in an AC circuit.</w:t>
      </w:r>
    </w:p>
    <w:p w:rsidR="00000000" w:rsidDel="00000000" w:rsidP="00000000" w:rsidRDefault="00000000" w:rsidRPr="00000000" w14:paraId="000000B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S=V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bscript"/>
          <w:rtl w:val="0"/>
        </w:rPr>
        <w:t xml:space="preserve">rms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vertAlign w:val="subscript"/>
          <w:rtl w:val="0"/>
        </w:rPr>
        <w:t xml:space="preserve">rms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​</w:t>
      </w:r>
    </w:p>
    <w:p w:rsidR="00000000" w:rsidDel="00000000" w:rsidP="00000000" w:rsidRDefault="00000000" w:rsidRPr="00000000" w14:paraId="000000BF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Unit: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Volt-Ampere (VA)</w:t>
      </w:r>
    </w:p>
    <w:p w:rsidR="00000000" w:rsidDel="00000000" w:rsidP="00000000" w:rsidRDefault="00000000" w:rsidRPr="00000000" w14:paraId="000000C0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Key Points: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7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 is the vector sum of real and reactive power.</w:t>
      </w:r>
    </w:p>
    <w:p w:rsidR="00000000" w:rsidDel="00000000" w:rsidP="00000000" w:rsidRDefault="00000000" w:rsidRPr="00000000" w14:paraId="000000C2">
      <w:pPr>
        <w:numPr>
          <w:ilvl w:val="0"/>
          <w:numId w:val="7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Represents total power handling capacity of the system.</w:t>
      </w:r>
    </w:p>
    <w:p w:rsidR="00000000" w:rsidDel="00000000" w:rsidP="00000000" w:rsidRDefault="00000000" w:rsidRPr="00000000" w14:paraId="000000C3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Calculate the currents supplied by the batteries in the network shown in the figure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1134110</wp:posOffset>
            </wp:positionH>
            <wp:positionV relativeFrom="paragraph">
              <wp:posOffset>189865</wp:posOffset>
            </wp:positionV>
            <wp:extent cx="3089275" cy="1772920"/>
            <wp:effectExtent b="0" l="0" r="0" t="0"/>
            <wp:wrapSquare wrapText="bothSides" distB="0" distT="0" distL="114300" distR="114300"/>
            <wp:docPr id="195861929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772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Given Circuit</w:t>
      </w:r>
    </w:p>
    <w:p w:rsidR="00000000" w:rsidDel="00000000" w:rsidP="00000000" w:rsidRDefault="00000000" w:rsidRPr="00000000" w14:paraId="000000CB">
      <w:pPr>
        <w:numPr>
          <w:ilvl w:val="0"/>
          <w:numId w:val="8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Left battery =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90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numPr>
          <w:ilvl w:val="0"/>
          <w:numId w:val="8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Right battery =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125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numPr>
          <w:ilvl w:val="0"/>
          <w:numId w:val="8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Resistors:</w:t>
      </w:r>
    </w:p>
    <w:p w:rsidR="00000000" w:rsidDel="00000000" w:rsidP="00000000" w:rsidRDefault="00000000" w:rsidRPr="00000000" w14:paraId="000000CE">
      <w:pPr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 Ω (left top)</w:t>
      </w:r>
    </w:p>
    <w:p w:rsidR="00000000" w:rsidDel="00000000" w:rsidP="00000000" w:rsidRDefault="00000000" w:rsidRPr="00000000" w14:paraId="000000CF">
      <w:pPr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 Ω (right top)</w:t>
      </w:r>
    </w:p>
    <w:p w:rsidR="00000000" w:rsidDel="00000000" w:rsidP="00000000" w:rsidRDefault="00000000" w:rsidRPr="00000000" w14:paraId="000000D0">
      <w:pPr>
        <w:numPr>
          <w:ilvl w:val="1"/>
          <w:numId w:val="8"/>
        </w:numPr>
        <w:spacing w:line="240" w:lineRule="auto"/>
        <w:ind w:left="144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 Ω (vertical)</w:t>
      </w:r>
    </w:p>
    <w:p w:rsidR="00000000" w:rsidDel="00000000" w:rsidP="00000000" w:rsidRDefault="00000000" w:rsidRPr="00000000" w14:paraId="000000D1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Let the top junction voltage be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(with bottom node as reference 0V).</w:t>
      </w:r>
    </w:p>
    <w:p w:rsidR="00000000" w:rsidDel="00000000" w:rsidP="00000000" w:rsidRDefault="00000000" w:rsidRPr="00000000" w14:paraId="000000D2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Apply KCL at the Top Node</w:t>
      </w:r>
    </w:p>
    <w:p w:rsidR="00000000" w:rsidDel="00000000" w:rsidP="00000000" w:rsidRDefault="00000000" w:rsidRPr="00000000" w14:paraId="000000D3">
      <w:pPr>
        <w:spacing w:line="240" w:lineRule="auto"/>
        <w:ind w:left="-426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2752725" cy="638175"/>
            <wp:effectExtent b="0" l="0" r="0" t="0"/>
            <wp:docPr id="195861930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52110" cy="2803525"/>
            <wp:effectExtent b="0" l="0" r="0" t="0"/>
            <wp:docPr id="195861930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280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970280" cy="325755"/>
            <wp:effectExtent b="0" l="0" r="0" t="0"/>
            <wp:docPr id="195861929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325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Calculate Currents</w:t>
      </w:r>
    </w:p>
    <w:p w:rsidR="00000000" w:rsidDel="00000000" w:rsidP="00000000" w:rsidRDefault="00000000" w:rsidRPr="00000000" w14:paraId="000000D7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Current from 90V battery (I₂)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5520012" cy="2934552"/>
            <wp:effectExtent b="0" l="0" r="0" t="0"/>
            <wp:docPr id="195861929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0012" cy="29345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Current from 125V battery (I₁)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1630680" cy="1811655"/>
            <wp:effectExtent b="0" l="0" r="0" t="0"/>
            <wp:docPr id="195861930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811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Determine the equivalent resistance between terminals A &amp; B shown in figure</w:t>
      </w:r>
    </w:p>
    <w:p w:rsidR="00000000" w:rsidDel="00000000" w:rsidP="00000000" w:rsidRDefault="00000000" w:rsidRPr="00000000" w14:paraId="000000DC">
      <w:pPr>
        <w:ind w:hanging="2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676275</wp:posOffset>
            </wp:positionH>
            <wp:positionV relativeFrom="paragraph">
              <wp:posOffset>204868</wp:posOffset>
            </wp:positionV>
            <wp:extent cx="3447415" cy="1092200"/>
            <wp:effectExtent b="0" l="0" r="0" t="0"/>
            <wp:wrapSquare wrapText="bothSides" distB="0" distT="0" distL="114300" distR="114300"/>
            <wp:docPr id="195861930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40739" l="35417" r="31731" t="32195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1092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2"/>
        <w:ind w:left="-28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Identify Right-Side Parallel Network</w:t>
      </w:r>
    </w:p>
    <w:p w:rsidR="00000000" w:rsidDel="00000000" w:rsidP="00000000" w:rsidRDefault="00000000" w:rsidRPr="00000000" w14:paraId="000000E0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top right box shows:</w:t>
      </w:r>
    </w:p>
    <w:p w:rsidR="00000000" w:rsidDel="00000000" w:rsidP="00000000" w:rsidRDefault="00000000" w:rsidRPr="00000000" w14:paraId="000000E1">
      <w:pPr>
        <w:numPr>
          <w:ilvl w:val="0"/>
          <w:numId w:val="9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50 Ω</w:t>
      </w:r>
    </w:p>
    <w:p w:rsidR="00000000" w:rsidDel="00000000" w:rsidP="00000000" w:rsidRDefault="00000000" w:rsidRPr="00000000" w14:paraId="000000E2">
      <w:pPr>
        <w:numPr>
          <w:ilvl w:val="0"/>
          <w:numId w:val="9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12.5 Ω</w:t>
      </w:r>
    </w:p>
    <w:p w:rsidR="00000000" w:rsidDel="00000000" w:rsidP="00000000" w:rsidRDefault="00000000" w:rsidRPr="00000000" w14:paraId="000000E3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These are in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parallel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27509" cy="1868805"/>
            <wp:effectExtent b="0" l="0" r="0" t="0"/>
            <wp:docPr id="195861930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7509" cy="1868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2"/>
        <w:ind w:left="-28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Combine with Vertical 10Ω (Rightmost)</w:t>
      </w:r>
    </w:p>
    <w:p w:rsidR="00000000" w:rsidDel="00000000" w:rsidP="00000000" w:rsidRDefault="00000000" w:rsidRPr="00000000" w14:paraId="000000E6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Now this 10Ω (from parallel) is in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series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with the rightmost vertical 10Ω.</w:t>
      </w:r>
    </w:p>
    <w:p w:rsidR="00000000" w:rsidDel="00000000" w:rsidP="00000000" w:rsidRDefault="00000000" w:rsidRPr="00000000" w14:paraId="000000E7">
      <w:pPr>
        <w:spacing w:after="280" w:before="28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682115" cy="297425"/>
            <wp:effectExtent b="0" l="0" r="0" t="0"/>
            <wp:docPr id="195861931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9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ind w:left="-28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Combine with 20Ω (Middle Vertical Branch)</w:t>
      </w:r>
    </w:p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691380" cy="1828800"/>
            <wp:effectExtent b="0" l="0" r="0" t="0"/>
            <wp:docPr id="195861931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Style w:val="Heading2"/>
        <w:ind w:left="-28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Combine with 8Ω (Series)</w:t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72025" cy="819150"/>
            <wp:effectExtent b="0" l="0" r="0" t="0"/>
            <wp:docPr id="195861930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2"/>
        <w:ind w:left="-28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Combine with Left Vertical 10Ω</w:t>
      </w:r>
    </w:p>
    <w:p w:rsidR="00000000" w:rsidDel="00000000" w:rsidP="00000000" w:rsidRDefault="00000000" w:rsidRPr="00000000" w14:paraId="000000E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612005" cy="1781175"/>
            <wp:effectExtent b="0" l="0" r="0" t="0"/>
            <wp:docPr id="195861931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178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2"/>
        <w:ind w:left="-284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Add 35Ω (Series)</w:t>
      </w:r>
    </w:p>
    <w:p w:rsidR="00000000" w:rsidDel="00000000" w:rsidP="00000000" w:rsidRDefault="00000000" w:rsidRPr="00000000" w14:paraId="000000E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436745" cy="1105535"/>
            <wp:effectExtent b="0" l="0" r="0" t="0"/>
            <wp:docPr id="195861930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1105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701800" cy="524510"/>
            <wp:effectExtent b="0" l="0" r="0" t="0"/>
            <wp:docPr id="195861929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524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 12V DC source is connected to two resistors of 4Ω and 8Ω in series. Analyze and determine: (i) Total resistance, (ii) Circuit current, (iii) Voltage drop across each resistor and (iv) Total power consumed in the circuit.</w:t>
      </w:r>
    </w:p>
    <w:p w:rsidR="00000000" w:rsidDel="00000000" w:rsidP="00000000" w:rsidRDefault="00000000" w:rsidRPr="00000000" w14:paraId="000000F2">
      <w:pPr>
        <w:ind w:left="0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Given Data</w:t>
      </w:r>
    </w:p>
    <w:p w:rsidR="00000000" w:rsidDel="00000000" w:rsidP="00000000" w:rsidRDefault="00000000" w:rsidRPr="00000000" w14:paraId="000000F4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Supply Voltage, V=12V</w:t>
      </w:r>
    </w:p>
    <w:p w:rsidR="00000000" w:rsidDel="00000000" w:rsidP="00000000" w:rsidRDefault="00000000" w:rsidRPr="00000000" w14:paraId="000000F5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R1=4Ω</w:t>
      </w:r>
    </w:p>
    <w:p w:rsidR="00000000" w:rsidDel="00000000" w:rsidP="00000000" w:rsidRDefault="00000000" w:rsidRPr="00000000" w14:paraId="000000F6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R2=8Ω</w:t>
      </w:r>
    </w:p>
    <w:p w:rsidR="00000000" w:rsidDel="00000000" w:rsidP="00000000" w:rsidRDefault="00000000" w:rsidRPr="00000000" w14:paraId="000000F7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Connection: Series Circuit</w:t>
      </w:r>
    </w:p>
    <w:p w:rsidR="00000000" w:rsidDel="00000000" w:rsidP="00000000" w:rsidRDefault="00000000" w:rsidRPr="00000000" w14:paraId="000000F8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numPr>
          <w:ilvl w:val="0"/>
          <w:numId w:val="11"/>
        </w:numPr>
        <w:ind w:left="-284" w:firstLine="0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           Total Resistance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-284" w:firstLine="0"/>
        <w:jc w:val="center"/>
        <w:rPr>
          <w:rFonts w:ascii="Times New Roman" w:cs="Times New Roman" w:eastAsia="Times New Roman" w:hAnsi="Times New Roman"/>
          <w:sz w:val="24"/>
          <w:szCs w:val="24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eq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 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+ 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</w:p>
    <w:p w:rsidR="00000000" w:rsidDel="00000000" w:rsidP="00000000" w:rsidRDefault="00000000" w:rsidRPr="00000000" w14:paraId="000000FB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eq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 4 + 8 = 12 Ω</w:t>
      </w:r>
    </w:p>
    <w:p w:rsidR="00000000" w:rsidDel="00000000" w:rsidP="00000000" w:rsidRDefault="00000000" w:rsidRPr="00000000" w14:paraId="000000FC">
      <w:pPr>
        <w:numPr>
          <w:ilvl w:val="0"/>
          <w:numId w:val="11"/>
        </w:numPr>
        <w:ind w:left="-284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Circuit Current</w:t>
      </w:r>
    </w:p>
    <w:p w:rsidR="00000000" w:rsidDel="00000000" w:rsidP="00000000" w:rsidRDefault="00000000" w:rsidRPr="00000000" w14:paraId="000000FD">
      <w:pPr>
        <w:ind w:left="-284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By ohm’s law , </w:t>
      </w:r>
    </w:p>
    <w:p w:rsidR="00000000" w:rsidDel="00000000" w:rsidP="00000000" w:rsidRDefault="00000000" w:rsidRPr="00000000" w14:paraId="000000FE">
      <w:pPr>
        <w:ind w:left="-28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V / R</w:t>
      </w:r>
    </w:p>
    <w:p w:rsidR="00000000" w:rsidDel="00000000" w:rsidP="00000000" w:rsidRDefault="00000000" w:rsidRPr="00000000" w14:paraId="000000FF">
      <w:pPr>
        <w:ind w:left="-28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=12 / 12</w:t>
      </w:r>
    </w:p>
    <w:p w:rsidR="00000000" w:rsidDel="00000000" w:rsidP="00000000" w:rsidRDefault="00000000" w:rsidRPr="00000000" w14:paraId="00000100">
      <w:pPr>
        <w:ind w:left="-284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 = 1 A</w:t>
      </w:r>
    </w:p>
    <w:p w:rsidR="00000000" w:rsidDel="00000000" w:rsidP="00000000" w:rsidRDefault="00000000" w:rsidRPr="00000000" w14:paraId="00000101">
      <w:pPr>
        <w:numPr>
          <w:ilvl w:val="0"/>
          <w:numId w:val="11"/>
        </w:numPr>
        <w:ind w:left="-284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Voltage Drop Across Each Resistor</w:t>
      </w:r>
    </w:p>
    <w:p w:rsidR="00000000" w:rsidDel="00000000" w:rsidP="00000000" w:rsidRDefault="00000000" w:rsidRPr="00000000" w14:paraId="00000102">
      <w:pPr>
        <w:ind w:left="-284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-284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Across 4Ω:</w:t>
      </w:r>
    </w:p>
    <w:p w:rsidR="00000000" w:rsidDel="00000000" w:rsidP="00000000" w:rsidRDefault="00000000" w:rsidRPr="00000000" w14:paraId="00000104">
      <w:pPr>
        <w:ind w:left="-28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I * R</w:t>
      </w:r>
    </w:p>
    <w:p w:rsidR="00000000" w:rsidDel="00000000" w:rsidP="00000000" w:rsidRDefault="00000000" w:rsidRPr="00000000" w14:paraId="00000105">
      <w:pPr>
        <w:ind w:left="-28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= 1 * 4</w:t>
      </w:r>
    </w:p>
    <w:p w:rsidR="00000000" w:rsidDel="00000000" w:rsidP="00000000" w:rsidRDefault="00000000" w:rsidRPr="00000000" w14:paraId="00000106">
      <w:pPr>
        <w:ind w:left="-284" w:firstLine="0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= 4 V</w:t>
      </w:r>
    </w:p>
    <w:p w:rsidR="00000000" w:rsidDel="00000000" w:rsidP="00000000" w:rsidRDefault="00000000" w:rsidRPr="00000000" w14:paraId="00000107">
      <w:pPr>
        <w:ind w:left="-284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Across 8Ω:</w:t>
      </w:r>
    </w:p>
    <w:p w:rsidR="00000000" w:rsidDel="00000000" w:rsidP="00000000" w:rsidRDefault="00000000" w:rsidRPr="00000000" w14:paraId="00000108">
      <w:pPr>
        <w:ind w:left="-28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= I * R</w:t>
      </w:r>
    </w:p>
    <w:p w:rsidR="00000000" w:rsidDel="00000000" w:rsidP="00000000" w:rsidRDefault="00000000" w:rsidRPr="00000000" w14:paraId="00000109">
      <w:pPr>
        <w:ind w:left="-28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= 1 * 8</w:t>
      </w:r>
    </w:p>
    <w:p w:rsidR="00000000" w:rsidDel="00000000" w:rsidP="00000000" w:rsidRDefault="00000000" w:rsidRPr="00000000" w14:paraId="0000010A">
      <w:pPr>
        <w:ind w:left="-284" w:firstLine="0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= 8 V</w:t>
      </w:r>
    </w:p>
    <w:p w:rsidR="00000000" w:rsidDel="00000000" w:rsidP="00000000" w:rsidRDefault="00000000" w:rsidRPr="00000000" w14:paraId="0000010B">
      <w:pPr>
        <w:ind w:left="-284" w:firstLine="0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11"/>
        </w:numPr>
        <w:ind w:left="-284" w:firstLine="0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Total Power Consumed</w:t>
      </w:r>
    </w:p>
    <w:p w:rsidR="00000000" w:rsidDel="00000000" w:rsidP="00000000" w:rsidRDefault="00000000" w:rsidRPr="00000000" w14:paraId="0000010D">
      <w:pPr>
        <w:ind w:left="-284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-28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Power formula:</w:t>
      </w:r>
    </w:p>
    <w:p w:rsidR="00000000" w:rsidDel="00000000" w:rsidP="00000000" w:rsidRDefault="00000000" w:rsidRPr="00000000" w14:paraId="0000010F">
      <w:pPr>
        <w:ind w:left="-284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-28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 = V * I</w:t>
      </w:r>
    </w:p>
    <w:p w:rsidR="00000000" w:rsidDel="00000000" w:rsidP="00000000" w:rsidRDefault="00000000" w:rsidRPr="00000000" w14:paraId="00000111">
      <w:pPr>
        <w:ind w:left="-284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= 12 * 1</w:t>
      </w:r>
    </w:p>
    <w:p w:rsidR="00000000" w:rsidDel="00000000" w:rsidP="00000000" w:rsidRDefault="00000000" w:rsidRPr="00000000" w14:paraId="00000112">
      <w:pPr>
        <w:ind w:left="-284" w:firstLine="0"/>
        <w:jc w:val="center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 = 12 W</w:t>
      </w:r>
    </w:p>
    <w:p w:rsidR="00000000" w:rsidDel="00000000" w:rsidP="00000000" w:rsidRDefault="00000000" w:rsidRPr="00000000" w14:paraId="00000113">
      <w:pPr>
        <w:ind w:left="-284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Illustrate and analyze Kirchhoff’s Current Law (KCL) and Kirchhoff’s Voltage Law (KVL) using suitable circuit examples.</w:t>
      </w:r>
    </w:p>
    <w:p w:rsidR="00000000" w:rsidDel="00000000" w:rsidP="00000000" w:rsidRDefault="00000000" w:rsidRPr="00000000" w14:paraId="00000115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Kirchhoff’s Current Law (KCL)</w:t>
      </w:r>
    </w:p>
    <w:p w:rsidR="00000000" w:rsidDel="00000000" w:rsidP="00000000" w:rsidRDefault="00000000" w:rsidRPr="00000000" w14:paraId="00000117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Kirchhoff’s Current Law states that for a parallel path the total current entering a circuit junction is exactly equal to the total current leaving the same junction.</w:t>
      </w:r>
    </w:p>
    <w:p w:rsidR="00000000" w:rsidDel="00000000" w:rsidP="00000000" w:rsidRDefault="00000000" w:rsidRPr="00000000" w14:paraId="00000119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other words the algebraic sum of ALL the currents entering and leaving a junction must be equal to zero as: Σ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IN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= Σ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OUT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B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486400" cy="2393950"/>
            <wp:effectExtent b="0" l="0" r="0" t="0"/>
            <wp:docPr id="195861931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+ (-1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+ (-I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+ (+I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+ (-I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= 0</w:t>
      </w:r>
    </w:p>
    <w:p w:rsidR="00000000" w:rsidDel="00000000" w:rsidP="00000000" w:rsidRDefault="00000000" w:rsidRPr="00000000" w14:paraId="0000011E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(Or) 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+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–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-I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– I5 = 0</w:t>
      </w:r>
    </w:p>
    <w:p w:rsidR="00000000" w:rsidDel="00000000" w:rsidP="00000000" w:rsidRDefault="00000000" w:rsidRPr="00000000" w14:paraId="0000011F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(Or) 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+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=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+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+ I5</w:t>
      </w:r>
    </w:p>
    <w:p w:rsidR="00000000" w:rsidDel="00000000" w:rsidP="00000000" w:rsidRDefault="00000000" w:rsidRPr="00000000" w14:paraId="00000120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Incoming currents = outgoing currents</w:t>
      </w:r>
    </w:p>
    <w:p w:rsidR="00000000" w:rsidDel="00000000" w:rsidP="00000000" w:rsidRDefault="00000000" w:rsidRPr="00000000" w14:paraId="00000121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law can also be mentioned according to the following algebraic method;</w:t>
      </w:r>
    </w:p>
    <w:p w:rsidR="00000000" w:rsidDel="00000000" w:rsidP="00000000" w:rsidRDefault="00000000" w:rsidRPr="00000000" w14:paraId="00000122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Σ1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Entering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= Σ1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Leaving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Σ1 = 0</w:t>
      </w:r>
    </w:p>
    <w:p w:rsidR="00000000" w:rsidDel="00000000" w:rsidP="00000000" w:rsidRDefault="00000000" w:rsidRPr="00000000" w14:paraId="00000124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example, 6A  current is coming towards a point, and 2A and 4A currents are leaving outward. Thus,</w:t>
      </w:r>
    </w:p>
    <w:p w:rsidR="00000000" w:rsidDel="00000000" w:rsidP="00000000" w:rsidRDefault="00000000" w:rsidRPr="00000000" w14:paraId="00000125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Σ1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Entering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 = Σ1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Leaving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6A = 2A + 4A</w:t>
      </w:r>
    </w:p>
    <w:p w:rsidR="00000000" w:rsidDel="00000000" w:rsidP="00000000" w:rsidRDefault="00000000" w:rsidRPr="00000000" w14:paraId="00000127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6A = 6A</w:t>
      </w:r>
    </w:p>
    <w:p w:rsidR="00000000" w:rsidDel="00000000" w:rsidP="00000000" w:rsidRDefault="00000000" w:rsidRPr="00000000" w14:paraId="00000128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Kirchhoff’s Voltage Law (KVL)</w:t>
      </w:r>
    </w:p>
    <w:p w:rsidR="00000000" w:rsidDel="00000000" w:rsidP="00000000" w:rsidRDefault="00000000" w:rsidRPr="00000000" w14:paraId="0000012A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Voltage law states that in any closed circuit or mesh, the algebraic sum of all the EMF’s plus the algebraic sum of voltage drops is zero. This is because a circuit loop is a closed conducting path so no energy is lost.</w:t>
      </w:r>
    </w:p>
    <w:p w:rsidR="00000000" w:rsidDel="00000000" w:rsidP="00000000" w:rsidRDefault="00000000" w:rsidRPr="00000000" w14:paraId="0000012B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other words the algebraic sum of ALL the potential differences around the loop must be equal to zero as: ΣV = 0. </w:t>
      </w:r>
    </w:p>
    <w:p w:rsidR="00000000" w:rsidDel="00000000" w:rsidP="00000000" w:rsidRDefault="00000000" w:rsidRPr="00000000" w14:paraId="0000012D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870513" cy="5276389"/>
            <wp:effectExtent b="0" l="0" r="0" t="0"/>
            <wp:docPr id="195861930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0513" cy="52763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Example </w:t>
      </w:r>
    </w:p>
    <w:p w:rsidR="00000000" w:rsidDel="00000000" w:rsidP="00000000" w:rsidRDefault="00000000" w:rsidRPr="00000000" w14:paraId="00000136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5480050" cy="3632200"/>
            <wp:effectExtent b="0" l="0" r="0" t="0"/>
            <wp:docPr id="195861931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142" w:firstLine="0"/>
        <w:rPr/>
      </w:pPr>
      <w:r w:rsidDel="00000000" w:rsidR="00000000" w:rsidRPr="00000000">
        <w:rPr>
          <w:rtl w:val="0"/>
        </w:rPr>
        <w:br w:type="textWrapping"/>
        <w:t xml:space="preserve">If current in mesh </w:t>
      </w:r>
    </w:p>
    <w:p w:rsidR="00000000" w:rsidDel="00000000" w:rsidP="00000000" w:rsidRDefault="00000000" w:rsidRPr="00000000" w14:paraId="00000138">
      <w:pPr>
        <w:ind w:left="142" w:firstLine="0"/>
        <w:rPr/>
      </w:pPr>
      <w:r w:rsidDel="00000000" w:rsidR="00000000" w:rsidRPr="00000000">
        <w:rPr>
          <w:rtl w:val="0"/>
        </w:rPr>
        <w:t xml:space="preserve">A B C = i</w:t>
      </w:r>
      <w:r w:rsidDel="00000000" w:rsidR="00000000" w:rsidRPr="00000000">
        <w:rPr>
          <w:vertAlign w:val="subscript"/>
          <w:rtl w:val="0"/>
        </w:rPr>
        <w:t xml:space="preserve">1 </w:t>
      </w:r>
      <w:r w:rsidDel="00000000" w:rsidR="00000000" w:rsidRPr="00000000">
        <w:rPr>
          <w:rtl w:val="0"/>
        </w:rPr>
        <w:t xml:space="preserve">and in C A = 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, then current in mesh C D A = i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 – 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142" w:firstLine="0"/>
        <w:rPr/>
      </w:pPr>
      <w:r w:rsidDel="00000000" w:rsidR="00000000" w:rsidRPr="00000000">
        <w:rPr>
          <w:rtl w:val="0"/>
        </w:rPr>
        <w:t xml:space="preserve">In mesh A B C, 20 volts are acting in a clockwise direction. Equating the sum of the I R products, we get;</w:t>
      </w:r>
    </w:p>
    <w:p w:rsidR="00000000" w:rsidDel="00000000" w:rsidP="00000000" w:rsidRDefault="00000000" w:rsidRPr="00000000" w14:paraId="0000013A">
      <w:pPr>
        <w:ind w:left="142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10 i</w:t>
      </w:r>
      <w:r w:rsidDel="00000000" w:rsidR="00000000" w:rsidRPr="00000000">
        <w:rPr>
          <w:b w:val="1"/>
          <w:bCs w:val="1"/>
          <w:vertAlign w:val="subscript"/>
          <w:rtl w:val="0"/>
        </w:rPr>
        <w:t xml:space="preserve">1</w:t>
      </w:r>
      <w:r w:rsidDel="00000000" w:rsidR="00000000" w:rsidRPr="00000000">
        <w:rPr>
          <w:b w:val="1"/>
          <w:bCs w:val="1"/>
          <w:rtl w:val="0"/>
        </w:rPr>
        <w:t xml:space="preserve"> + 4 i</w:t>
      </w:r>
      <w:r w:rsidDel="00000000" w:rsidR="00000000" w:rsidRPr="00000000">
        <w:rPr>
          <w:b w:val="1"/>
          <w:bCs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bCs w:val="1"/>
          <w:rtl w:val="0"/>
        </w:rPr>
        <w:t xml:space="preserve"> = 20 … (1)</w:t>
      </w:r>
    </w:p>
    <w:p w:rsidR="00000000" w:rsidDel="00000000" w:rsidP="00000000" w:rsidRDefault="00000000" w:rsidRPr="00000000" w14:paraId="0000013B">
      <w:pPr>
        <w:ind w:left="142" w:firstLine="0"/>
        <w:rPr/>
      </w:pPr>
      <w:r w:rsidDel="00000000" w:rsidR="00000000" w:rsidRPr="00000000">
        <w:rPr>
          <w:rtl w:val="0"/>
        </w:rPr>
        <w:t xml:space="preserve">In mesh A C D, 12 volts are acting in clockwise direction; then,</w:t>
      </w:r>
    </w:p>
    <w:p w:rsidR="00000000" w:rsidDel="00000000" w:rsidP="00000000" w:rsidRDefault="00000000" w:rsidRPr="00000000" w14:paraId="0000013C">
      <w:pPr>
        <w:ind w:left="142" w:firstLine="0"/>
        <w:rPr/>
      </w:pPr>
      <w:r w:rsidDel="00000000" w:rsidR="00000000" w:rsidRPr="00000000">
        <w:rPr>
          <w:rtl w:val="0"/>
        </w:rPr>
        <w:t xml:space="preserve">8 (i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 – 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) 0 4i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 = 1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142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8i</w:t>
      </w:r>
      <w:r w:rsidDel="00000000" w:rsidR="00000000" w:rsidRPr="00000000">
        <w:rPr>
          <w:b w:val="1"/>
          <w:bCs w:val="1"/>
          <w:vertAlign w:val="subscript"/>
          <w:rtl w:val="0"/>
        </w:rPr>
        <w:t xml:space="preserve">1 </w:t>
      </w:r>
      <w:r w:rsidDel="00000000" w:rsidR="00000000" w:rsidRPr="00000000">
        <w:rPr>
          <w:b w:val="1"/>
          <w:bCs w:val="1"/>
          <w:rtl w:val="0"/>
        </w:rPr>
        <w:t xml:space="preserve">– 12i</w:t>
      </w:r>
      <w:r w:rsidDel="00000000" w:rsidR="00000000" w:rsidRPr="00000000">
        <w:rPr>
          <w:b w:val="1"/>
          <w:bCs w:val="1"/>
          <w:vertAlign w:val="subscript"/>
          <w:rtl w:val="0"/>
        </w:rPr>
        <w:t xml:space="preserve">2</w:t>
      </w:r>
      <w:r w:rsidDel="00000000" w:rsidR="00000000" w:rsidRPr="00000000">
        <w:rPr>
          <w:b w:val="1"/>
          <w:bCs w:val="1"/>
          <w:rtl w:val="0"/>
        </w:rPr>
        <w:t xml:space="preserve"> = 12 … (2)</w:t>
      </w:r>
    </w:p>
    <w:p w:rsidR="00000000" w:rsidDel="00000000" w:rsidP="00000000" w:rsidRDefault="00000000" w:rsidRPr="00000000" w14:paraId="0000013E">
      <w:pPr>
        <w:ind w:left="142" w:firstLine="0"/>
        <w:rPr/>
      </w:pPr>
      <w:r w:rsidDel="00000000" w:rsidR="00000000" w:rsidRPr="00000000">
        <w:rPr>
          <w:rtl w:val="0"/>
        </w:rPr>
        <w:t xml:space="preserve">Multiply (1) by 3</w:t>
      </w:r>
    </w:p>
    <w:p w:rsidR="00000000" w:rsidDel="00000000" w:rsidP="00000000" w:rsidRDefault="00000000" w:rsidRPr="00000000" w14:paraId="0000013F">
      <w:pPr>
        <w:ind w:left="142" w:firstLine="0"/>
        <w:jc w:val="center"/>
        <w:rPr/>
      </w:pPr>
      <w:r w:rsidDel="00000000" w:rsidR="00000000" w:rsidRPr="00000000">
        <w:rPr>
          <w:rtl w:val="0"/>
        </w:rPr>
        <w:t xml:space="preserve">30i</w:t>
      </w:r>
      <w:r w:rsidDel="00000000" w:rsidR="00000000" w:rsidRPr="00000000">
        <w:rPr>
          <w:vertAlign w:val="subscript"/>
          <w:rtl w:val="0"/>
        </w:rPr>
        <w:t xml:space="preserve">1 </w:t>
      </w:r>
      <w:r w:rsidDel="00000000" w:rsidR="00000000" w:rsidRPr="00000000">
        <w:rPr>
          <w:rtl w:val="0"/>
        </w:rPr>
        <w:t xml:space="preserve">+ 12i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 = 60</w:t>
      </w:r>
    </w:p>
    <w:p w:rsidR="00000000" w:rsidDel="00000000" w:rsidP="00000000" w:rsidRDefault="00000000" w:rsidRPr="00000000" w14:paraId="00000140">
      <w:pPr>
        <w:ind w:left="142" w:firstLine="0"/>
        <w:jc w:val="center"/>
        <w:rPr/>
      </w:pPr>
      <w:r w:rsidDel="00000000" w:rsidR="00000000" w:rsidRPr="00000000">
        <w:rPr>
          <w:rtl w:val="0"/>
        </w:rPr>
        <w:t xml:space="preserve">38i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 = 72</w:t>
      </w:r>
    </w:p>
    <w:p w:rsidR="00000000" w:rsidDel="00000000" w:rsidP="00000000" w:rsidRDefault="00000000" w:rsidRPr="00000000" w14:paraId="00000141">
      <w:pPr>
        <w:ind w:left="142" w:firstLine="0"/>
        <w:jc w:val="center"/>
        <w:rPr/>
      </w:pP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subscript"/>
          <w:rtl w:val="0"/>
        </w:rPr>
        <w:t xml:space="preserve">1</w:t>
      </w:r>
      <w:r w:rsidDel="00000000" w:rsidR="00000000" w:rsidRPr="00000000">
        <w:rPr>
          <w:rtl w:val="0"/>
        </w:rPr>
        <w:t xml:space="preserve"> = 72/ 38 = 36 / 19 = 1.895 amperes = current in 10 ohms resistor</w:t>
      </w:r>
    </w:p>
    <w:p w:rsidR="00000000" w:rsidDel="00000000" w:rsidP="00000000" w:rsidRDefault="00000000" w:rsidRPr="00000000" w14:paraId="00000142">
      <w:pPr>
        <w:ind w:left="142" w:firstLine="0"/>
        <w:rPr/>
      </w:pPr>
      <w:r w:rsidDel="00000000" w:rsidR="00000000" w:rsidRPr="00000000">
        <w:rPr>
          <w:rtl w:val="0"/>
        </w:rPr>
        <w:t xml:space="preserve">Substituting this value in (1), we get;</w:t>
      </w:r>
    </w:p>
    <w:p w:rsidR="00000000" w:rsidDel="00000000" w:rsidP="00000000" w:rsidRDefault="00000000" w:rsidRPr="00000000" w14:paraId="00000143">
      <w:pPr>
        <w:ind w:left="142" w:firstLine="0"/>
        <w:jc w:val="center"/>
        <w:rPr/>
      </w:pPr>
      <w:r w:rsidDel="00000000" w:rsidR="00000000" w:rsidRPr="00000000">
        <w:rPr>
          <w:rtl w:val="0"/>
        </w:rPr>
        <w:t xml:space="preserve">10 [36/19] + 4i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 = 20 or 360/ 19 + 4i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 = 20</w:t>
      </w:r>
    </w:p>
    <w:p w:rsidR="00000000" w:rsidDel="00000000" w:rsidP="00000000" w:rsidRDefault="00000000" w:rsidRPr="00000000" w14:paraId="00000144">
      <w:pPr>
        <w:ind w:left="142" w:firstLine="0"/>
        <w:jc w:val="center"/>
        <w:rPr/>
      </w:pPr>
      <w:r w:rsidDel="00000000" w:rsidR="00000000" w:rsidRPr="00000000">
        <w:rPr>
          <w:rtl w:val="0"/>
        </w:rPr>
        <w:t xml:space="preserve">4i</w:t>
      </w:r>
      <w:r w:rsidDel="00000000" w:rsidR="00000000" w:rsidRPr="00000000">
        <w:rPr>
          <w:vertAlign w:val="subscript"/>
          <w:rtl w:val="0"/>
        </w:rPr>
        <w:t xml:space="preserve">2 </w:t>
      </w:r>
      <w:r w:rsidDel="00000000" w:rsidR="00000000" w:rsidRPr="00000000">
        <w:rPr>
          <w:rtl w:val="0"/>
        </w:rPr>
        <w:t xml:space="preserve">= 380 – 360 / 19 = 20 /19</w:t>
      </w:r>
    </w:p>
    <w:p w:rsidR="00000000" w:rsidDel="00000000" w:rsidP="00000000" w:rsidRDefault="00000000" w:rsidRPr="00000000" w14:paraId="00000145">
      <w:pPr>
        <w:ind w:left="142" w:firstLine="0"/>
        <w:jc w:val="center"/>
        <w:rPr/>
      </w:pP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 = 5 / 19 = 0.263 amperes</w:t>
      </w:r>
    </w:p>
    <w:p w:rsidR="00000000" w:rsidDel="00000000" w:rsidP="00000000" w:rsidRDefault="00000000" w:rsidRPr="00000000" w14:paraId="00000146">
      <w:pPr>
        <w:ind w:left="14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Analyze the fundamental characteristics of a single-phase AC waveform with suitable diagrams</w:t>
      </w:r>
    </w:p>
    <w:p w:rsidR="00000000" w:rsidDel="00000000" w:rsidP="00000000" w:rsidRDefault="00000000" w:rsidRPr="00000000" w14:paraId="0000014A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single-phase AC waveform is an alternating quantity whose magnitude and direction vary sinusoidally with time.</w:t>
      </w:r>
    </w:p>
    <w:p w:rsidR="00000000" w:rsidDel="00000000" w:rsidP="00000000" w:rsidRDefault="00000000" w:rsidRPr="00000000" w14:paraId="0000014B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797300" cy="1860550"/>
            <wp:effectExtent b="0" l="0" r="0" t="0"/>
            <wp:docPr id="195861931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86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142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356100" cy="2368550"/>
            <wp:effectExtent b="0" l="0" r="0" t="0"/>
            <wp:docPr id="195861928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36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Waveform:</w:t>
      </w:r>
    </w:p>
    <w:p w:rsidR="00000000" w:rsidDel="00000000" w:rsidP="00000000" w:rsidRDefault="00000000" w:rsidRPr="00000000" w14:paraId="0000014E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Waveform is a graph in which the instantaneous value of any quantity is plotted against time.</w:t>
      </w:r>
    </w:p>
    <w:p w:rsidR="00000000" w:rsidDel="00000000" w:rsidP="00000000" w:rsidRDefault="00000000" w:rsidRPr="00000000" w14:paraId="0000014F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Amplitude:</w:t>
      </w:r>
    </w:p>
    <w:p w:rsidR="00000000" w:rsidDel="00000000" w:rsidP="00000000" w:rsidRDefault="00000000" w:rsidRPr="00000000" w14:paraId="00000150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Maximum positive and negative value of alternating quantity is called amplitude.</w:t>
      </w:r>
    </w:p>
    <w:p w:rsidR="00000000" w:rsidDel="00000000" w:rsidP="00000000" w:rsidRDefault="00000000" w:rsidRPr="00000000" w14:paraId="00000151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Peak value</w:t>
      </w:r>
    </w:p>
    <w:p w:rsidR="00000000" w:rsidDel="00000000" w:rsidP="00000000" w:rsidRDefault="00000000" w:rsidRPr="00000000" w14:paraId="00000152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Frequency:</w:t>
      </w:r>
    </w:p>
    <w:p w:rsidR="00000000" w:rsidDel="00000000" w:rsidP="00000000" w:rsidRDefault="00000000" w:rsidRPr="00000000" w14:paraId="00000153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number of cycles per second of an alternating quantity is known as frequency.</w:t>
      </w:r>
    </w:p>
    <w:p w:rsidR="00000000" w:rsidDel="00000000" w:rsidP="00000000" w:rsidRDefault="00000000" w:rsidRPr="00000000" w14:paraId="00000154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314174" cy="643254"/>
            <wp:effectExtent b="0" l="0" r="0" t="0"/>
            <wp:docPr id="195861931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174" cy="643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Time Period:</w:t>
      </w:r>
    </w:p>
    <w:p w:rsidR="00000000" w:rsidDel="00000000" w:rsidP="00000000" w:rsidRDefault="00000000" w:rsidRPr="00000000" w14:paraId="00000156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 period of an alternating quantity is the time taken to complete one cycle.</w:t>
      </w:r>
    </w:p>
    <w:p w:rsidR="00000000" w:rsidDel="00000000" w:rsidP="00000000" w:rsidRDefault="00000000" w:rsidRPr="00000000" w14:paraId="00000157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RMS Value (Effective Value):</w:t>
      </w:r>
    </w:p>
    <w:p w:rsidR="00000000" w:rsidDel="00000000" w:rsidP="00000000" w:rsidRDefault="00000000" w:rsidRPr="00000000" w14:paraId="00000159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RMS value of an alternating current(AC) is equal to the value of a steady current (DC Current) that produces the same amount of heat as the alternating current when passed through circuit for the same amount of time.</w:t>
      </w:r>
    </w:p>
    <w:p w:rsidR="00000000" w:rsidDel="00000000" w:rsidP="00000000" w:rsidRDefault="00000000" w:rsidRPr="00000000" w14:paraId="0000015A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142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569482" cy="1072280"/>
            <wp:effectExtent b="0" l="0" r="0" t="0"/>
            <wp:docPr id="195861929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9482" cy="107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Average Value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5E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average value of AC is given by that steady current which transfers across same charge as would transferred by ac across same circuit at same time.</w:t>
      </w:r>
    </w:p>
    <w:p w:rsidR="00000000" w:rsidDel="00000000" w:rsidP="00000000" w:rsidRDefault="00000000" w:rsidRPr="00000000" w14:paraId="0000015F">
      <w:pPr>
        <w:ind w:left="142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82887" cy="1304181"/>
            <wp:effectExtent b="0" l="0" r="0" t="0"/>
            <wp:docPr id="195861929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887" cy="13041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Form Factor:</w:t>
      </w:r>
    </w:p>
    <w:p w:rsidR="00000000" w:rsidDel="00000000" w:rsidP="00000000" w:rsidRDefault="00000000" w:rsidRPr="00000000" w14:paraId="00000161">
      <w:pPr>
        <w:ind w:left="142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2138686" cy="820980"/>
            <wp:effectExtent b="0" l="0" r="0" t="0"/>
            <wp:docPr id="195861929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8686" cy="820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Peak Factor: </w:t>
      </w:r>
    </w:p>
    <w:p w:rsidR="00000000" w:rsidDel="00000000" w:rsidP="00000000" w:rsidRDefault="00000000" w:rsidRPr="00000000" w14:paraId="00000163">
      <w:pPr>
        <w:ind w:left="142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  <w:drawing>
          <wp:inline distB="0" distT="0" distL="0" distR="0">
            <wp:extent cx="2485261" cy="760794"/>
            <wp:effectExtent b="0" l="0" r="0" t="0"/>
            <wp:docPr id="195861929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5261" cy="760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left="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numPr>
          <w:ilvl w:val="1"/>
          <w:numId w:val="1"/>
        </w:numPr>
        <w:ind w:left="142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Analyze the concept of power factor in a single-phase AC circuit and examine the causes and effects of a low power factor on system performance.</w:t>
      </w:r>
    </w:p>
    <w:p w:rsidR="00000000" w:rsidDel="00000000" w:rsidP="00000000" w:rsidRDefault="00000000" w:rsidRPr="00000000" w14:paraId="00000166">
      <w:pPr>
        <w:ind w:left="-218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Power Factor:</w:t>
      </w:r>
    </w:p>
    <w:p w:rsidR="00000000" w:rsidDel="00000000" w:rsidP="00000000" w:rsidRDefault="00000000" w:rsidRPr="00000000" w14:paraId="00000167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power factor (PF)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defined as the cosine of the phase angle between voltage and current.</w:t>
      </w:r>
    </w:p>
    <w:p w:rsidR="00000000" w:rsidDel="00000000" w:rsidP="00000000" w:rsidRDefault="00000000" w:rsidRPr="00000000" w14:paraId="00000168">
      <w:pPr>
        <w:jc w:val="center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Power Factor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=cos⁡ϕ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Where:</w:t>
      </w:r>
    </w:p>
    <w:p w:rsidR="00000000" w:rsidDel="00000000" w:rsidP="00000000" w:rsidRDefault="00000000" w:rsidRPr="00000000" w14:paraId="0000016A">
      <w:pPr>
        <w:numPr>
          <w:ilvl w:val="0"/>
          <w:numId w:val="1"/>
        </w:numPr>
        <w:spacing w:after="280"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m:oMath>
        <m:r>
          <m:t>ϕ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 Phase angle between voltage and current</w:t>
      </w:r>
    </w:p>
    <w:p w:rsidR="00000000" w:rsidDel="00000000" w:rsidP="00000000" w:rsidRDefault="00000000" w:rsidRPr="00000000" w14:paraId="0000016B">
      <w:pPr>
        <w:pStyle w:val="Heading2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Types of Power in AC Circuit</w:t>
      </w:r>
    </w:p>
    <w:p w:rsidR="00000000" w:rsidDel="00000000" w:rsidP="00000000" w:rsidRDefault="00000000" w:rsidRPr="00000000" w14:paraId="0000016C">
      <w:pPr>
        <w:jc w:val="center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Real Power (P)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=VIcos⁡ϕ(Watts)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Reactive Power (Q)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=VIsin⁡ϕ(VAR)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Apparent Power (S)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=VI(VA)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40" w:lineRule="auto"/>
        <w:ind w:left="-426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Relationship:</w:t>
      </w:r>
    </w:p>
    <w:p w:rsidR="00000000" w:rsidDel="00000000" w:rsidP="00000000" w:rsidRDefault="00000000" w:rsidRPr="00000000" w14:paraId="0000016E">
      <w:pPr>
        <w:jc w:val="center"/>
        <w:rPr>
          <w:rFonts w:ascii="Cambria Math" w:cs="Cambria Math" w:eastAsia="Cambria Math" w:hAnsi="Cambria Math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cos⁡ϕ=</m:t>
        </m:r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P</m:t>
            </m:r>
          </m:num>
          <m:den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S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Nature of Power Factor</w:t>
      </w:r>
    </w:p>
    <w:tbl>
      <w:tblPr>
        <w:tblStyle w:val="Table3"/>
        <w:tblW w:w="5958.0" w:type="dxa"/>
        <w:jc w:val="center"/>
        <w:tblLayout w:type="fixed"/>
        <w:tblLook w:val="0400"/>
      </w:tblPr>
      <w:tblGrid>
        <w:gridCol w:w="1911"/>
        <w:gridCol w:w="2192"/>
        <w:gridCol w:w="1855"/>
        <w:tblGridChange w:id="0">
          <w:tblGrid>
            <w:gridCol w:w="1911"/>
            <w:gridCol w:w="2192"/>
            <w:gridCol w:w="1855"/>
          </w:tblGrid>
        </w:tblGridChange>
      </w:tblGrid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Circuit Type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Phase Relation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Power Factor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Pure Resistive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 and I in phase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PF = 1 (Unity)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Inductive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Current lags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Lagging PF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Capacitive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Current leads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B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Leading PF</w:t>
            </w:r>
          </w:p>
        </w:tc>
      </w:tr>
    </w:tbl>
    <w:p w:rsidR="00000000" w:rsidDel="00000000" w:rsidP="00000000" w:rsidRDefault="00000000" w:rsidRPr="00000000" w14:paraId="0000017C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Causes of Low Power Factor:</w:t>
      </w:r>
    </w:p>
    <w:p w:rsidR="00000000" w:rsidDel="00000000" w:rsidP="00000000" w:rsidRDefault="00000000" w:rsidRPr="00000000" w14:paraId="0000017D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Low power factor mainly occurs in AC systems due to the presence of inductive and reactive components that cause the current to lag behind the voltage.</w:t>
      </w:r>
    </w:p>
    <w:p w:rsidR="00000000" w:rsidDel="00000000" w:rsidP="00000000" w:rsidRDefault="00000000" w:rsidRPr="00000000" w14:paraId="0000017E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Most industrial and commercial loads are inductive in nature.</w:t>
      </w:r>
    </w:p>
    <w:p w:rsidR="00000000" w:rsidDel="00000000" w:rsidP="00000000" w:rsidRDefault="00000000" w:rsidRPr="00000000" w14:paraId="0000017F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Examples:</w:t>
      </w:r>
    </w:p>
    <w:p w:rsidR="00000000" w:rsidDel="00000000" w:rsidP="00000000" w:rsidRDefault="00000000" w:rsidRPr="00000000" w14:paraId="00000180">
      <w:pPr>
        <w:numPr>
          <w:ilvl w:val="0"/>
          <w:numId w:val="19"/>
        </w:numPr>
        <w:spacing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Induction motors</w:t>
      </w:r>
    </w:p>
    <w:p w:rsidR="00000000" w:rsidDel="00000000" w:rsidP="00000000" w:rsidRDefault="00000000" w:rsidRPr="00000000" w14:paraId="00000181">
      <w:pPr>
        <w:numPr>
          <w:ilvl w:val="0"/>
          <w:numId w:val="19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Transformers</w:t>
      </w:r>
    </w:p>
    <w:p w:rsidR="00000000" w:rsidDel="00000000" w:rsidP="00000000" w:rsidRDefault="00000000" w:rsidRPr="00000000" w14:paraId="00000182">
      <w:pPr>
        <w:numPr>
          <w:ilvl w:val="0"/>
          <w:numId w:val="19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Reactors</w:t>
      </w:r>
    </w:p>
    <w:p w:rsidR="00000000" w:rsidDel="00000000" w:rsidP="00000000" w:rsidRDefault="00000000" w:rsidRPr="00000000" w14:paraId="00000183">
      <w:pPr>
        <w:numPr>
          <w:ilvl w:val="0"/>
          <w:numId w:val="19"/>
        </w:numPr>
        <w:spacing w:after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Chokes</w:t>
      </w:r>
    </w:p>
    <w:p w:rsidR="00000000" w:rsidDel="00000000" w:rsidP="00000000" w:rsidRDefault="00000000" w:rsidRPr="00000000" w14:paraId="00000184">
      <w:pPr>
        <w:spacing w:after="280" w:before="28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Inductive loads require magnetizing current to create magnetic fields. This current does not perform useful work but increases reactive power.</w:t>
      </w:r>
    </w:p>
    <w:p w:rsidR="00000000" w:rsidDel="00000000" w:rsidP="00000000" w:rsidRDefault="00000000" w:rsidRPr="00000000" w14:paraId="00000185">
      <w:pPr>
        <w:spacing w:after="280" w:before="280" w:line="240" w:lineRule="auto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Effects of Low Power Factor</w:t>
      </w:r>
    </w:p>
    <w:p w:rsidR="00000000" w:rsidDel="00000000" w:rsidP="00000000" w:rsidRDefault="00000000" w:rsidRPr="00000000" w14:paraId="00000186">
      <w:pPr>
        <w:numPr>
          <w:ilvl w:val="0"/>
          <w:numId w:val="20"/>
        </w:numPr>
        <w:spacing w:before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Increase in line current.</w:t>
      </w:r>
    </w:p>
    <w:p w:rsidR="00000000" w:rsidDel="00000000" w:rsidP="00000000" w:rsidRDefault="00000000" w:rsidRPr="00000000" w14:paraId="00000187">
      <w:pPr>
        <w:numPr>
          <w:ilvl w:val="0"/>
          <w:numId w:val="20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Increase in copper losses (I²R losses).</w:t>
      </w:r>
    </w:p>
    <w:p w:rsidR="00000000" w:rsidDel="00000000" w:rsidP="00000000" w:rsidRDefault="00000000" w:rsidRPr="00000000" w14:paraId="00000188">
      <w:pPr>
        <w:numPr>
          <w:ilvl w:val="0"/>
          <w:numId w:val="20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Overheating of cables and electrical equipment.</w:t>
      </w:r>
    </w:p>
    <w:p w:rsidR="00000000" w:rsidDel="00000000" w:rsidP="00000000" w:rsidRDefault="00000000" w:rsidRPr="00000000" w14:paraId="00000189">
      <w:pPr>
        <w:numPr>
          <w:ilvl w:val="0"/>
          <w:numId w:val="20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Larger conductor size required.</w:t>
      </w:r>
    </w:p>
    <w:p w:rsidR="00000000" w:rsidDel="00000000" w:rsidP="00000000" w:rsidRDefault="00000000" w:rsidRPr="00000000" w14:paraId="0000018A">
      <w:pPr>
        <w:numPr>
          <w:ilvl w:val="0"/>
          <w:numId w:val="20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Poor voltage regulation (greater voltage drop).</w:t>
      </w:r>
    </w:p>
    <w:p w:rsidR="00000000" w:rsidDel="00000000" w:rsidP="00000000" w:rsidRDefault="00000000" w:rsidRPr="00000000" w14:paraId="0000018B">
      <w:pPr>
        <w:numPr>
          <w:ilvl w:val="0"/>
          <w:numId w:val="20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Reduced efficiency of the power system.</w:t>
      </w:r>
    </w:p>
    <w:p w:rsidR="00000000" w:rsidDel="00000000" w:rsidP="00000000" w:rsidRDefault="00000000" w:rsidRPr="00000000" w14:paraId="0000018C">
      <w:pPr>
        <w:numPr>
          <w:ilvl w:val="0"/>
          <w:numId w:val="20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Reduced capacity of generators and transformers (higher kVA demand).</w:t>
      </w:r>
    </w:p>
    <w:p w:rsidR="00000000" w:rsidDel="00000000" w:rsidP="00000000" w:rsidRDefault="00000000" w:rsidRPr="00000000" w14:paraId="0000018D">
      <w:pPr>
        <w:numPr>
          <w:ilvl w:val="0"/>
          <w:numId w:val="20"/>
        </w:numPr>
        <w:spacing w:after="280"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Higher electricity charges and penalty by utilities.</w:t>
      </w:r>
    </w:p>
    <w:p w:rsidR="00000000" w:rsidDel="00000000" w:rsidP="00000000" w:rsidRDefault="00000000" w:rsidRPr="00000000" w14:paraId="0000018E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12. Three Resistances of values 2Ω,  3Ω and 5Ω are connected in series across a 20V DC Supply . Calculate</w:t>
      </w:r>
    </w:p>
    <w:p w:rsidR="00000000" w:rsidDel="00000000" w:rsidP="00000000" w:rsidRDefault="00000000" w:rsidRPr="00000000" w14:paraId="0000018F">
      <w:pPr>
        <w:numPr>
          <w:ilvl w:val="1"/>
          <w:numId w:val="12"/>
        </w:numPr>
        <w:ind w:left="144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Equivalent resistance of the circuit</w:t>
      </w:r>
    </w:p>
    <w:p w:rsidR="00000000" w:rsidDel="00000000" w:rsidP="00000000" w:rsidRDefault="00000000" w:rsidRPr="00000000" w14:paraId="00000190">
      <w:pPr>
        <w:numPr>
          <w:ilvl w:val="1"/>
          <w:numId w:val="12"/>
        </w:numPr>
        <w:ind w:left="144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total Current of the circuit</w:t>
      </w:r>
    </w:p>
    <w:p w:rsidR="00000000" w:rsidDel="00000000" w:rsidP="00000000" w:rsidRDefault="00000000" w:rsidRPr="00000000" w14:paraId="00000191">
      <w:pPr>
        <w:numPr>
          <w:ilvl w:val="1"/>
          <w:numId w:val="12"/>
        </w:numPr>
        <w:ind w:left="144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voltage drop across each resistor</w:t>
      </w:r>
    </w:p>
    <w:p w:rsidR="00000000" w:rsidDel="00000000" w:rsidP="00000000" w:rsidRDefault="00000000" w:rsidRPr="00000000" w14:paraId="00000192">
      <w:pPr>
        <w:numPr>
          <w:ilvl w:val="1"/>
          <w:numId w:val="12"/>
        </w:numPr>
        <w:ind w:left="1440" w:hanging="36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The power dissipated in each resistor</w:t>
      </w:r>
    </w:p>
    <w:p w:rsidR="00000000" w:rsidDel="00000000" w:rsidP="00000000" w:rsidRDefault="00000000" w:rsidRPr="00000000" w14:paraId="00000193">
      <w:pPr>
        <w:pStyle w:val="Heading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Given Data</w:t>
      </w:r>
    </w:p>
    <w:p w:rsidR="00000000" w:rsidDel="00000000" w:rsidP="00000000" w:rsidRDefault="00000000" w:rsidRPr="00000000" w14:paraId="00000194">
      <w:pPr>
        <w:numPr>
          <w:ilvl w:val="0"/>
          <w:numId w:val="16"/>
        </w:numPr>
        <w:spacing w:line="240" w:lineRule="auto"/>
        <w:ind w:left="720" w:hanging="360"/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=2</m:t>
        </m:r>
        <m:r>
          <w:rPr>
            <w:rFonts w:ascii="Cambria Math" w:cs="Cambria Math" w:eastAsia="Cambria Math" w:hAnsi="Cambria Math"/>
            <w:sz w:val="24"/>
            <w:szCs w:val="24"/>
          </w:rPr>
          <m:t>Ω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16"/>
        </w:numPr>
        <w:spacing w:line="240" w:lineRule="auto"/>
        <w:ind w:left="720" w:hanging="360"/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=3</m:t>
        </m:r>
        <m:r>
          <w:rPr>
            <w:rFonts w:ascii="Cambria Math" w:cs="Cambria Math" w:eastAsia="Cambria Math" w:hAnsi="Cambria Math"/>
            <w:sz w:val="24"/>
            <w:szCs w:val="24"/>
          </w:rPr>
          <m:t>Ω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16"/>
        </w:numPr>
        <w:spacing w:line="240" w:lineRule="auto"/>
        <w:ind w:left="720" w:hanging="360"/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3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=5</m:t>
        </m:r>
        <m:r>
          <w:rPr>
            <w:rFonts w:ascii="Cambria Math" w:cs="Cambria Math" w:eastAsia="Cambria Math" w:hAnsi="Cambria Math"/>
            <w:sz w:val="24"/>
            <w:szCs w:val="24"/>
          </w:rPr>
          <m:t>Ω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16"/>
        </w:numPr>
        <w:spacing w:line="240" w:lineRule="auto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Supply Voltage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V=20V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numPr>
          <w:ilvl w:val="0"/>
          <w:numId w:val="16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Connection: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Series Circuit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40" w:lineRule="auto"/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(i)Equivalent resistance of the circuit</w:t>
      </w:r>
    </w:p>
    <w:p w:rsidR="00000000" w:rsidDel="00000000" w:rsidP="00000000" w:rsidRDefault="00000000" w:rsidRPr="00000000" w14:paraId="0000019A">
      <w:pPr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  <w:vertAlign w:val="sub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eq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+ 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+R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</w:p>
    <w:p w:rsidR="00000000" w:rsidDel="00000000" w:rsidP="00000000" w:rsidRDefault="00000000" w:rsidRPr="00000000" w14:paraId="0000019B">
      <w:pPr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eq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2 + 3 + 5</w:t>
      </w:r>
    </w:p>
    <w:p w:rsidR="00000000" w:rsidDel="00000000" w:rsidP="00000000" w:rsidRDefault="00000000" w:rsidRPr="00000000" w14:paraId="0000019C">
      <w:pPr>
        <w:ind w:left="-426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eq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10 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(ii)Total Current of the Circuit</w:t>
      </w:r>
    </w:p>
    <w:p w:rsidR="00000000" w:rsidDel="00000000" w:rsidP="00000000" w:rsidRDefault="00000000" w:rsidRPr="00000000" w14:paraId="0000019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V / R</w:t>
      </w:r>
    </w:p>
    <w:p w:rsidR="00000000" w:rsidDel="00000000" w:rsidP="00000000" w:rsidRDefault="00000000" w:rsidRPr="00000000" w14:paraId="0000019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20 / 10</w:t>
      </w:r>
    </w:p>
    <w:p w:rsidR="00000000" w:rsidDel="00000000" w:rsidP="00000000" w:rsidRDefault="00000000" w:rsidRPr="00000000" w14:paraId="000001A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2 A</w:t>
      </w:r>
    </w:p>
    <w:p w:rsidR="00000000" w:rsidDel="00000000" w:rsidP="00000000" w:rsidRDefault="00000000" w:rsidRPr="00000000" w14:paraId="000001A1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(iii)Voltage drop across each resistor</w:t>
      </w:r>
    </w:p>
    <w:p w:rsidR="00000000" w:rsidDel="00000000" w:rsidP="00000000" w:rsidRDefault="00000000" w:rsidRPr="00000000" w14:paraId="000001A2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Across 2Ω</w:t>
      </w:r>
    </w:p>
    <w:p w:rsidR="00000000" w:rsidDel="00000000" w:rsidP="00000000" w:rsidRDefault="00000000" w:rsidRPr="00000000" w14:paraId="000001A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 * R</w:t>
      </w:r>
    </w:p>
    <w:p w:rsidR="00000000" w:rsidDel="00000000" w:rsidP="00000000" w:rsidRDefault="00000000" w:rsidRPr="00000000" w14:paraId="000001A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=2 * 2</w:t>
      </w:r>
    </w:p>
    <w:p w:rsidR="00000000" w:rsidDel="00000000" w:rsidP="00000000" w:rsidRDefault="00000000" w:rsidRPr="00000000" w14:paraId="000001A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4V</w:t>
      </w:r>
    </w:p>
    <w:p w:rsidR="00000000" w:rsidDel="00000000" w:rsidP="00000000" w:rsidRDefault="00000000" w:rsidRPr="00000000" w14:paraId="000001A6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Across 3Ω</w:t>
      </w:r>
    </w:p>
    <w:p w:rsidR="00000000" w:rsidDel="00000000" w:rsidP="00000000" w:rsidRDefault="00000000" w:rsidRPr="00000000" w14:paraId="000001A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 * R</w:t>
      </w:r>
    </w:p>
    <w:p w:rsidR="00000000" w:rsidDel="00000000" w:rsidP="00000000" w:rsidRDefault="00000000" w:rsidRPr="00000000" w14:paraId="000001A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=2 * 3</w:t>
      </w:r>
    </w:p>
    <w:p w:rsidR="00000000" w:rsidDel="00000000" w:rsidP="00000000" w:rsidRDefault="00000000" w:rsidRPr="00000000" w14:paraId="000001A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6V</w:t>
      </w:r>
    </w:p>
    <w:p w:rsidR="00000000" w:rsidDel="00000000" w:rsidP="00000000" w:rsidRDefault="00000000" w:rsidRPr="00000000" w14:paraId="000001AA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Across 5Ω</w:t>
      </w:r>
    </w:p>
    <w:p w:rsidR="00000000" w:rsidDel="00000000" w:rsidP="00000000" w:rsidRDefault="00000000" w:rsidRPr="00000000" w14:paraId="000001A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 * R</w:t>
      </w:r>
    </w:p>
    <w:p w:rsidR="00000000" w:rsidDel="00000000" w:rsidP="00000000" w:rsidRDefault="00000000" w:rsidRPr="00000000" w14:paraId="000001A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=2 * 5</w:t>
      </w:r>
    </w:p>
    <w:p w:rsidR="00000000" w:rsidDel="00000000" w:rsidP="00000000" w:rsidRDefault="00000000" w:rsidRPr="00000000" w14:paraId="000001A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10V</w:t>
      </w:r>
    </w:p>
    <w:p w:rsidR="00000000" w:rsidDel="00000000" w:rsidP="00000000" w:rsidRDefault="00000000" w:rsidRPr="00000000" w14:paraId="000001AE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(iv) The power dissipated in each resistor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Power in 2Ω:</w:t>
      </w:r>
    </w:p>
    <w:p w:rsidR="00000000" w:rsidDel="00000000" w:rsidP="00000000" w:rsidRDefault="00000000" w:rsidRPr="00000000" w14:paraId="000001B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* R</w:t>
      </w:r>
    </w:p>
    <w:p w:rsidR="00000000" w:rsidDel="00000000" w:rsidP="00000000" w:rsidRDefault="00000000" w:rsidRPr="00000000" w14:paraId="000001B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2 * 2 * 2</w:t>
      </w:r>
    </w:p>
    <w:p w:rsidR="00000000" w:rsidDel="00000000" w:rsidP="00000000" w:rsidRDefault="00000000" w:rsidRPr="00000000" w14:paraId="000001B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8 W</w:t>
      </w:r>
    </w:p>
    <w:p w:rsidR="00000000" w:rsidDel="00000000" w:rsidP="00000000" w:rsidRDefault="00000000" w:rsidRPr="00000000" w14:paraId="000001B3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Power in 3Ω:</w:t>
      </w:r>
    </w:p>
    <w:p w:rsidR="00000000" w:rsidDel="00000000" w:rsidP="00000000" w:rsidRDefault="00000000" w:rsidRPr="00000000" w14:paraId="000001B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* R</w:t>
      </w:r>
    </w:p>
    <w:p w:rsidR="00000000" w:rsidDel="00000000" w:rsidP="00000000" w:rsidRDefault="00000000" w:rsidRPr="00000000" w14:paraId="000001B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2 * 2 * 3</w:t>
      </w:r>
    </w:p>
    <w:p w:rsidR="00000000" w:rsidDel="00000000" w:rsidP="00000000" w:rsidRDefault="00000000" w:rsidRPr="00000000" w14:paraId="000001B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 12 W</w:t>
      </w:r>
    </w:p>
    <w:p w:rsidR="00000000" w:rsidDel="00000000" w:rsidP="00000000" w:rsidRDefault="00000000" w:rsidRPr="00000000" w14:paraId="000001B7">
      <w:pPr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Power in 5Ω:</w:t>
      </w:r>
    </w:p>
    <w:p w:rsidR="00000000" w:rsidDel="00000000" w:rsidP="00000000" w:rsidRDefault="00000000" w:rsidRPr="00000000" w14:paraId="000001B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* R</w:t>
      </w:r>
    </w:p>
    <w:p w:rsidR="00000000" w:rsidDel="00000000" w:rsidP="00000000" w:rsidRDefault="00000000" w:rsidRPr="00000000" w14:paraId="000001B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2 * 2 * 5</w:t>
      </w:r>
    </w:p>
    <w:p w:rsidR="00000000" w:rsidDel="00000000" w:rsidP="00000000" w:rsidRDefault="00000000" w:rsidRPr="00000000" w14:paraId="000001B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 20 W</w:t>
      </w:r>
    </w:p>
    <w:p w:rsidR="00000000" w:rsidDel="00000000" w:rsidP="00000000" w:rsidRDefault="00000000" w:rsidRPr="00000000" w14:paraId="000001B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numPr>
          <w:ilvl w:val="2"/>
          <w:numId w:val="12"/>
        </w:numPr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Calculate the voltage drop in each resistor in the below circuit</w:t>
      </w:r>
    </w:p>
    <w:p w:rsidR="00000000" w:rsidDel="00000000" w:rsidP="00000000" w:rsidRDefault="00000000" w:rsidRPr="00000000" w14:paraId="000001BE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892197" cy="1690365"/>
            <wp:effectExtent b="0" l="0" r="0" t="0"/>
            <wp:docPr descr="kirchoffs-voltage-law-in-series-circuit" id="1958619295" name="image12.jpg"/>
            <a:graphic>
              <a:graphicData uri="http://schemas.openxmlformats.org/drawingml/2006/picture">
                <pic:pic>
                  <pic:nvPicPr>
                    <pic:cNvPr descr="kirchoffs-voltage-law-in-series-circuit" id="0" name="image12.jpg"/>
                    <pic:cNvPicPr preferRelativeResize="0"/>
                  </pic:nvPicPr>
                  <pic:blipFill>
                    <a:blip r:embed="rId40"/>
                    <a:srcRect b="7849" l="5511" r="12206" t="9064"/>
                    <a:stretch>
                      <a:fillRect/>
                    </a:stretch>
                  </pic:blipFill>
                  <pic:spPr>
                    <a:xfrm>
                      <a:off x="0" y="0"/>
                      <a:ext cx="2892197" cy="1690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Given</w:t>
      </w:r>
    </w:p>
    <w:p w:rsidR="00000000" w:rsidDel="00000000" w:rsidP="00000000" w:rsidRDefault="00000000" w:rsidRPr="00000000" w14:paraId="000001C0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Supply Voltage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V=45V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=5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 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k</m:t>
        </m:r>
        <m:r>
          <w:rPr>
            <w:rFonts w:ascii="Cambria Math" w:cs="Cambria Math" w:eastAsia="Cambria Math" w:hAnsi="Cambria Math"/>
            <w:sz w:val="24"/>
            <w:szCs w:val="24"/>
          </w:rPr>
          <m:t>Ω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=10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 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k</m:t>
        </m:r>
        <m:r>
          <w:rPr>
            <w:rFonts w:ascii="Cambria Math" w:cs="Cambria Math" w:eastAsia="Cambria Math" w:hAnsi="Cambria Math"/>
            <w:sz w:val="24"/>
            <w:szCs w:val="24"/>
          </w:rPr>
          <m:t>Ω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numPr>
          <w:ilvl w:val="0"/>
          <w:numId w:val="1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3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=7.5</m:t>
        </m:r>
        <m:r>
          <w:rPr>
            <w:rFonts w:ascii="Times New Roman" w:cs="Times New Roman" w:eastAsia="Times New Roman" w:hAnsi="Times New Roman"/>
            <w:sz w:val="24"/>
            <w:szCs w:val="24"/>
          </w:rPr>
          <m:t xml:space="preserve"> </m:t>
        </m:r>
        <m:r>
          <w:rPr>
            <w:rFonts w:ascii="Cambria Math" w:cs="Cambria Math" w:eastAsia="Cambria Math" w:hAnsi="Cambria Math"/>
            <w:sz w:val="24"/>
            <w:szCs w:val="24"/>
          </w:rPr>
          <m:t xml:space="preserve">k</m:t>
        </m:r>
        <m:r>
          <w:rPr>
            <w:rFonts w:ascii="Cambria Math" w:cs="Cambria Math" w:eastAsia="Cambria Math" w:hAnsi="Cambria Math"/>
            <w:sz w:val="24"/>
            <w:szCs w:val="24"/>
          </w:rPr>
          <m:t>Ω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ind w:left="142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 resistors are connected in series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C5">
      <w:pPr>
        <w:numPr>
          <w:ilvl w:val="0"/>
          <w:numId w:val="18"/>
        </w:numPr>
        <w:ind w:left="294" w:hanging="72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Total Resistance</w:t>
      </w:r>
    </w:p>
    <w:p w:rsidR="00000000" w:rsidDel="00000000" w:rsidP="00000000" w:rsidRDefault="00000000" w:rsidRPr="00000000" w14:paraId="000001C6">
      <w:pPr>
        <w:ind w:left="-28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Req = R1 + R2 +R3</w:t>
      </w:r>
    </w:p>
    <w:p w:rsidR="00000000" w:rsidDel="00000000" w:rsidP="00000000" w:rsidRDefault="00000000" w:rsidRPr="00000000" w14:paraId="000001C7">
      <w:pPr>
        <w:ind w:left="-28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Req = 5 +10 + 7.5</w:t>
      </w:r>
    </w:p>
    <w:p w:rsidR="00000000" w:rsidDel="00000000" w:rsidP="00000000" w:rsidRDefault="00000000" w:rsidRPr="00000000" w14:paraId="000001C8">
      <w:pPr>
        <w:ind w:left="-28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Req = 22.5 kΩ</w:t>
      </w:r>
    </w:p>
    <w:p w:rsidR="00000000" w:rsidDel="00000000" w:rsidP="00000000" w:rsidRDefault="00000000" w:rsidRPr="00000000" w14:paraId="000001C9">
      <w:pPr>
        <w:numPr>
          <w:ilvl w:val="0"/>
          <w:numId w:val="18"/>
        </w:numPr>
        <w:ind w:left="294" w:hanging="72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Circuit Current</w:t>
      </w:r>
    </w:p>
    <w:p w:rsidR="00000000" w:rsidDel="00000000" w:rsidP="00000000" w:rsidRDefault="00000000" w:rsidRPr="00000000" w14:paraId="000001CA">
      <w:pPr>
        <w:ind w:left="29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V / R</w:t>
      </w:r>
    </w:p>
    <w:p w:rsidR="00000000" w:rsidDel="00000000" w:rsidP="00000000" w:rsidRDefault="00000000" w:rsidRPr="00000000" w14:paraId="000001CB">
      <w:pPr>
        <w:ind w:left="29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45 / 22.5</w:t>
      </w:r>
    </w:p>
    <w:p w:rsidR="00000000" w:rsidDel="00000000" w:rsidP="00000000" w:rsidRDefault="00000000" w:rsidRPr="00000000" w14:paraId="000001CC">
      <w:pPr>
        <w:ind w:left="29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0.002 A</w:t>
      </w:r>
    </w:p>
    <w:p w:rsidR="00000000" w:rsidDel="00000000" w:rsidP="00000000" w:rsidRDefault="00000000" w:rsidRPr="00000000" w14:paraId="000001CD">
      <w:pPr>
        <w:ind w:left="294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= 2mA</w:t>
      </w:r>
    </w:p>
    <w:p w:rsidR="00000000" w:rsidDel="00000000" w:rsidP="00000000" w:rsidRDefault="00000000" w:rsidRPr="00000000" w14:paraId="000001CE">
      <w:pPr>
        <w:ind w:left="-426" w:firstLine="0"/>
        <w:rPr>
          <w:rFonts w:ascii="Algerian" w:cs="Algerian" w:eastAsia="Algerian" w:hAnsi="Algeri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 * R</w:t>
      </w:r>
    </w:p>
    <w:p w:rsidR="00000000" w:rsidDel="00000000" w:rsidP="00000000" w:rsidRDefault="00000000" w:rsidRPr="00000000" w14:paraId="000001D0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=2mA * 5kΩ</w:t>
      </w:r>
    </w:p>
    <w:p w:rsidR="00000000" w:rsidDel="00000000" w:rsidP="00000000" w:rsidRDefault="00000000" w:rsidRPr="00000000" w14:paraId="000001D1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10V</w:t>
      </w:r>
    </w:p>
    <w:p w:rsidR="00000000" w:rsidDel="00000000" w:rsidP="00000000" w:rsidRDefault="00000000" w:rsidRPr="00000000" w14:paraId="000001D2">
      <w:pPr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Across 10kΩ</w:t>
      </w:r>
    </w:p>
    <w:p w:rsidR="00000000" w:rsidDel="00000000" w:rsidP="00000000" w:rsidRDefault="00000000" w:rsidRPr="00000000" w14:paraId="000001D3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 * R</w:t>
      </w:r>
    </w:p>
    <w:p w:rsidR="00000000" w:rsidDel="00000000" w:rsidP="00000000" w:rsidRDefault="00000000" w:rsidRPr="00000000" w14:paraId="000001D4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=2mA * 10kΩ</w:t>
      </w:r>
    </w:p>
    <w:p w:rsidR="00000000" w:rsidDel="00000000" w:rsidP="00000000" w:rsidRDefault="00000000" w:rsidRPr="00000000" w14:paraId="000001D5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20V</w:t>
      </w:r>
    </w:p>
    <w:p w:rsidR="00000000" w:rsidDel="00000000" w:rsidP="00000000" w:rsidRDefault="00000000" w:rsidRPr="00000000" w14:paraId="000001D6">
      <w:pPr>
        <w:ind w:left="-426" w:firstLine="0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Across 7.5Ω</w:t>
      </w:r>
    </w:p>
    <w:p w:rsidR="00000000" w:rsidDel="00000000" w:rsidP="00000000" w:rsidRDefault="00000000" w:rsidRPr="00000000" w14:paraId="000001D7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I * R</w:t>
      </w:r>
    </w:p>
    <w:p w:rsidR="00000000" w:rsidDel="00000000" w:rsidP="00000000" w:rsidRDefault="00000000" w:rsidRPr="00000000" w14:paraId="000001D8">
      <w:pPr>
        <w:spacing w:after="0" w:lineRule="auto"/>
        <w:ind w:left="-426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=2mA * 7.5kΩ</w:t>
      </w:r>
    </w:p>
    <w:p w:rsidR="00000000" w:rsidDel="00000000" w:rsidP="00000000" w:rsidRDefault="00000000" w:rsidRPr="00000000" w14:paraId="000001D9">
      <w:pPr>
        <w:ind w:left="-426" w:firstLine="0"/>
        <w:jc w:val="center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= 15V </w:t>
      </w:r>
      <w:r w:rsidDel="00000000" w:rsidR="00000000" w:rsidRPr="00000000">
        <w:rPr>
          <w:rtl w:val="0"/>
        </w:rPr>
      </w:r>
    </w:p>
    <w:sectPr>
      <w:headerReference r:id="rId41" w:type="default"/>
      <w:footerReference r:id="rId42" w:type="default"/>
      <w:pgSz w:h="15840" w:w="12240" w:orient="portrait"/>
      <w:pgMar w:bottom="567" w:top="993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Gungsuh"/>
  <w:font w:name="Courier New"/>
  <w:font w:name="Cardo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</w:font>
  <w:font w:name="Algerian"/>
  <w:font w:name="Noto Sans Symbols">
    <w:embedRegular w:fontKey="{00000000-0000-0000-0000-000000000000}" r:id="rId7" w:subsetted="0"/>
    <w:embedBold w:fontKey="{00000000-0000-0000-0000-000000000000}" r:id="rId8" w:subsetted="0"/>
  </w:font>
  <w:font w:name="Cambria Math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DA">
    <w:pPr>
      <w:numPr>
        <w:ilvl w:val="1"/>
        <w:numId w:val="1"/>
      </w:numPr>
      <w:ind w:left="142" w:hanging="360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-1076324</wp:posOffset>
          </wp:positionH>
          <wp:positionV relativeFrom="paragraph">
            <wp:posOffset>85725</wp:posOffset>
          </wp:positionV>
          <wp:extent cx="762000" cy="723900"/>
          <wp:effectExtent b="0" l="0" r="0" t="0"/>
          <wp:wrapNone/>
          <wp:docPr descr="snsct logo color" id="1958619288" name="image22.jpg"/>
          <a:graphic>
            <a:graphicData uri="http://schemas.openxmlformats.org/drawingml/2006/picture">
              <pic:pic>
                <pic:nvPicPr>
                  <pic:cNvPr descr="snsct logo color" id="0" name="image2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23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5553075</wp:posOffset>
          </wp:positionH>
          <wp:positionV relativeFrom="paragraph">
            <wp:posOffset>147638</wp:posOffset>
          </wp:positionV>
          <wp:extent cx="905510" cy="603885"/>
          <wp:effectExtent b="0" l="0" r="0" t="0"/>
          <wp:wrapNone/>
          <wp:docPr id="1958619312" name="image33.png"/>
          <a:graphic>
            <a:graphicData uri="http://schemas.openxmlformats.org/drawingml/2006/picture">
              <pic:pic>
                <pic:nvPicPr>
                  <pic:cNvPr id="0" name="image3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5510" cy="6038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DB">
    <w:pPr>
      <w:ind w:left="1440" w:firstLine="0"/>
      <w:rPr>
        <w:rFonts w:ascii="Times New Roman" w:cs="Times New Roman" w:eastAsia="Times New Roman" w:hAnsi="Times New Roman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Roman"/>
      <w:lvlText w:val="(%2)"/>
      <w:lvlJc w:val="left"/>
      <w:pPr>
        <w:ind w:left="1800" w:hanging="72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lowerRoman"/>
      <w:lvlText w:val="(%1)"/>
      <w:lvlJc w:val="left"/>
      <w:pPr>
        <w:ind w:left="2368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728" w:hanging="360"/>
      </w:pPr>
      <w:rPr/>
    </w:lvl>
    <w:lvl w:ilvl="2">
      <w:start w:val="1"/>
      <w:numFmt w:val="lowerRoman"/>
      <w:lvlText w:val="%3."/>
      <w:lvlJc w:val="right"/>
      <w:pPr>
        <w:ind w:left="3448" w:hanging="180"/>
      </w:pPr>
      <w:rPr/>
    </w:lvl>
    <w:lvl w:ilvl="3">
      <w:start w:val="1"/>
      <w:numFmt w:val="decimal"/>
      <w:lvlText w:val="%4."/>
      <w:lvlJc w:val="left"/>
      <w:pPr>
        <w:ind w:left="4168" w:hanging="360"/>
      </w:pPr>
      <w:rPr/>
    </w:lvl>
    <w:lvl w:ilvl="4">
      <w:start w:val="1"/>
      <w:numFmt w:val="lowerLetter"/>
      <w:lvlText w:val="%5."/>
      <w:lvlJc w:val="left"/>
      <w:pPr>
        <w:ind w:left="4888" w:hanging="360"/>
      </w:pPr>
      <w:rPr/>
    </w:lvl>
    <w:lvl w:ilvl="5">
      <w:start w:val="1"/>
      <w:numFmt w:val="lowerRoman"/>
      <w:lvlText w:val="%6."/>
      <w:lvlJc w:val="right"/>
      <w:pPr>
        <w:ind w:left="5608" w:hanging="180"/>
      </w:pPr>
      <w:rPr/>
    </w:lvl>
    <w:lvl w:ilvl="6">
      <w:start w:val="1"/>
      <w:numFmt w:val="decimal"/>
      <w:lvlText w:val="%7."/>
      <w:lvlJc w:val="left"/>
      <w:pPr>
        <w:ind w:left="6328" w:hanging="360"/>
      </w:pPr>
      <w:rPr/>
    </w:lvl>
    <w:lvl w:ilvl="7">
      <w:start w:val="1"/>
      <w:numFmt w:val="lowerLetter"/>
      <w:lvlText w:val="%8."/>
      <w:lvlJc w:val="left"/>
      <w:pPr>
        <w:ind w:left="7048" w:hanging="360"/>
      </w:pPr>
      <w:rPr/>
    </w:lvl>
    <w:lvl w:ilvl="8">
      <w:start w:val="1"/>
      <w:numFmt w:val="lowerRoman"/>
      <w:lvlText w:val="%9."/>
      <w:lvlJc w:val="right"/>
      <w:pPr>
        <w:ind w:left="7768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3"/>
      <w:numFmt w:val="decimal"/>
      <w:lvlText w:val="%3."/>
      <w:lvlJc w:val="left"/>
      <w:pPr>
        <w:ind w:left="2160" w:hanging="360"/>
      </w:pPr>
      <w:rPr/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5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98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8">
    <w:lvl w:ilvl="0">
      <w:start w:val="1"/>
      <w:numFmt w:val="lowerRoman"/>
      <w:lvlText w:val="(%1)"/>
      <w:lvlJc w:val="left"/>
      <w:pPr>
        <w:ind w:left="294" w:hanging="720"/>
      </w:pPr>
      <w:rPr/>
    </w:lvl>
    <w:lvl w:ilvl="1">
      <w:start w:val="1"/>
      <w:numFmt w:val="lowerLetter"/>
      <w:lvlText w:val="%2."/>
      <w:lvlJc w:val="left"/>
      <w:pPr>
        <w:ind w:left="654" w:hanging="359.99999999999994"/>
      </w:pPr>
      <w:rPr/>
    </w:lvl>
    <w:lvl w:ilvl="2">
      <w:start w:val="1"/>
      <w:numFmt w:val="lowerRoman"/>
      <w:lvlText w:val="%3."/>
      <w:lvlJc w:val="right"/>
      <w:pPr>
        <w:ind w:left="1374" w:hanging="180"/>
      </w:pPr>
      <w:rPr/>
    </w:lvl>
    <w:lvl w:ilvl="3">
      <w:start w:val="1"/>
      <w:numFmt w:val="decimal"/>
      <w:lvlText w:val="%4."/>
      <w:lvlJc w:val="left"/>
      <w:pPr>
        <w:ind w:left="2094" w:hanging="360"/>
      </w:pPr>
      <w:rPr/>
    </w:lvl>
    <w:lvl w:ilvl="4">
      <w:start w:val="1"/>
      <w:numFmt w:val="lowerLetter"/>
      <w:lvlText w:val="%5."/>
      <w:lvlJc w:val="left"/>
      <w:pPr>
        <w:ind w:left="2814" w:hanging="360"/>
      </w:pPr>
      <w:rPr/>
    </w:lvl>
    <w:lvl w:ilvl="5">
      <w:start w:val="1"/>
      <w:numFmt w:val="lowerRoman"/>
      <w:lvlText w:val="%6."/>
      <w:lvlJc w:val="right"/>
      <w:pPr>
        <w:ind w:left="3534" w:hanging="180"/>
      </w:pPr>
      <w:rPr/>
    </w:lvl>
    <w:lvl w:ilvl="6">
      <w:start w:val="1"/>
      <w:numFmt w:val="decimal"/>
      <w:lvlText w:val="%7."/>
      <w:lvlJc w:val="left"/>
      <w:pPr>
        <w:ind w:left="4254" w:hanging="360"/>
      </w:pPr>
      <w:rPr/>
    </w:lvl>
    <w:lvl w:ilvl="7">
      <w:start w:val="1"/>
      <w:numFmt w:val="lowerLetter"/>
      <w:lvlText w:val="%8."/>
      <w:lvlJc w:val="left"/>
      <w:pPr>
        <w:ind w:left="4974" w:hanging="360"/>
      </w:pPr>
      <w:rPr/>
    </w:lvl>
    <w:lvl w:ilvl="8">
      <w:start w:val="1"/>
      <w:numFmt w:val="lowerRoman"/>
      <w:lvlText w:val="%9."/>
      <w:lvlJc w:val="right"/>
      <w:pPr>
        <w:ind w:left="5694" w:hanging="180"/>
      </w:pPr>
      <w:rPr/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1" w:customStyle="1">
    <w:name w:val="Light Shading1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1" w:customStyle="1">
    <w:name w:val="Light Shading - Accent 1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1" w:customStyle="1">
    <w:name w:val="Light List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1" w:customStyle="1">
    <w:name w:val="Light List - Accent 1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1" w:customStyle="1">
    <w:name w:val="Light Grid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1" w:customStyle="1">
    <w:name w:val="Light Grid - Accent 1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1" w:customStyle="1">
    <w:name w:val="Medium Shading 1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1" w:customStyle="1">
    <w:name w:val="Medium Shading 1 - Accent 1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1" w:customStyle="1">
    <w:name w:val="Medium Shading 2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1" w:customStyle="1">
    <w:name w:val="Medium Shading 2 - Accent 1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1" w:customStyle="1">
    <w:name w:val="Medium List 1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1" w:customStyle="1">
    <w:name w:val="Medium List 1 - Accent 1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1" w:customStyle="1">
    <w:name w:val="Medium List 2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1" w:customStyle="1">
    <w:name w:val="Medium Grid 1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1" w:customStyle="1">
    <w:name w:val="Medium Grid 2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1" w:customStyle="1">
    <w:name w:val="Medium Grid 3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1" w:customStyle="1">
    <w:name w:val="Dark List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1" w:customStyle="1">
    <w:name w:val="Colorful Shading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1" w:customStyle="1">
    <w:name w:val="Colorful List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1" w:customStyle="1">
    <w:name w:val="Colorful Grid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NormalWeb">
    <w:name w:val="Normal (Web)"/>
    <w:basedOn w:val="Normal"/>
    <w:uiPriority w:val="99"/>
    <w:semiHidden w:val="1"/>
    <w:unhideWhenUsed w:val="1"/>
    <w:rsid w:val="003E035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katex-mathml" w:customStyle="1">
    <w:name w:val="katex-mathml"/>
    <w:basedOn w:val="DefaultParagraphFont"/>
    <w:rsid w:val="003E0351"/>
  </w:style>
  <w:style w:type="character" w:styleId="mord" w:customStyle="1">
    <w:name w:val="mord"/>
    <w:basedOn w:val="DefaultParagraphFont"/>
    <w:rsid w:val="003E0351"/>
  </w:style>
  <w:style w:type="character" w:styleId="vlist-s" w:customStyle="1">
    <w:name w:val="vlist-s"/>
    <w:basedOn w:val="DefaultParagraphFont"/>
    <w:rsid w:val="003E0351"/>
  </w:style>
  <w:style w:type="character" w:styleId="mrel" w:customStyle="1">
    <w:name w:val="mrel"/>
    <w:basedOn w:val="DefaultParagraphFont"/>
    <w:rsid w:val="003E0351"/>
  </w:style>
  <w:style w:type="character" w:styleId="mbin" w:customStyle="1">
    <w:name w:val="mbin"/>
    <w:basedOn w:val="DefaultParagraphFont"/>
    <w:rsid w:val="003E035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4D572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4D5727"/>
    <w:rPr>
      <w:rFonts w:ascii="Tahoma" w:cs="Tahoma" w:hAnsi="Tahoma"/>
      <w:sz w:val="16"/>
      <w:szCs w:val="16"/>
    </w:rPr>
  </w:style>
  <w:style w:type="character" w:styleId="mopen" w:customStyle="1">
    <w:name w:val="mopen"/>
    <w:basedOn w:val="DefaultParagraphFont"/>
    <w:rsid w:val="00061863"/>
  </w:style>
  <w:style w:type="character" w:styleId="mclose" w:customStyle="1">
    <w:name w:val="mclose"/>
    <w:basedOn w:val="DefaultParagraphFont"/>
    <w:rsid w:val="00061863"/>
  </w:style>
  <w:style w:type="character" w:styleId="mop" w:customStyle="1">
    <w:name w:val="mop"/>
    <w:basedOn w:val="DefaultParagraphFont"/>
    <w:rsid w:val="00354AB3"/>
  </w:style>
  <w:style w:type="paragraph" w:styleId="TableParagraph" w:customStyle="1">
    <w:name w:val="Table Paragraph"/>
    <w:basedOn w:val="Normal"/>
    <w:uiPriority w:val="1"/>
    <w:qFormat w:val="1"/>
    <w:rsid w:val="00472D2B"/>
    <w:pPr>
      <w:widowControl w:val="0"/>
      <w:autoSpaceDE w:val="0"/>
      <w:autoSpaceDN w:val="0"/>
      <w:spacing w:after="0" w:line="275" w:lineRule="exact"/>
      <w:ind w:left="105"/>
    </w:pPr>
    <w:rPr>
      <w:rFonts w:ascii="Times New Roman" w:cs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 w:val="1"/>
    <w:rsid w:val="00DF12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DF125E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2.jpg"/><Relationship Id="rId20" Type="http://schemas.openxmlformats.org/officeDocument/2006/relationships/image" Target="media/image23.png"/><Relationship Id="rId42" Type="http://schemas.openxmlformats.org/officeDocument/2006/relationships/footer" Target="footer1.xml"/><Relationship Id="rId41" Type="http://schemas.openxmlformats.org/officeDocument/2006/relationships/header" Target="header1.xml"/><Relationship Id="rId22" Type="http://schemas.openxmlformats.org/officeDocument/2006/relationships/image" Target="media/image20.png"/><Relationship Id="rId21" Type="http://schemas.openxmlformats.org/officeDocument/2006/relationships/image" Target="media/image28.png"/><Relationship Id="rId24" Type="http://schemas.openxmlformats.org/officeDocument/2006/relationships/image" Target="media/image26.png"/><Relationship Id="rId23" Type="http://schemas.openxmlformats.org/officeDocument/2006/relationships/image" Target="media/image17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oleObject" Target="embeddings/oleObject1.bin"/><Relationship Id="rId4" Type="http://schemas.openxmlformats.org/officeDocument/2006/relationships/theme" Target="theme/theme1.xml"/><Relationship Id="rId9" Type="http://schemas.openxmlformats.org/officeDocument/2006/relationships/customXml" Target="../customXML/item1.xml"/><Relationship Id="rId26" Type="http://schemas.openxmlformats.org/officeDocument/2006/relationships/image" Target="media/image16.png"/><Relationship Id="rId25" Type="http://schemas.openxmlformats.org/officeDocument/2006/relationships/image" Target="media/image30.png"/><Relationship Id="rId28" Type="http://schemas.openxmlformats.org/officeDocument/2006/relationships/image" Target="media/image32.png"/><Relationship Id="rId27" Type="http://schemas.openxmlformats.org/officeDocument/2006/relationships/image" Target="media/image31.png"/><Relationship Id="rId5" Type="http://schemas.openxmlformats.org/officeDocument/2006/relationships/settings" Target="settings.xml"/><Relationship Id="rId6" Type="http://schemas.openxmlformats.org/officeDocument/2006/relationships/fontTable" Target="fontTable.xml"/><Relationship Id="rId29" Type="http://schemas.openxmlformats.org/officeDocument/2006/relationships/image" Target="media/image14.png"/><Relationship Id="rId7" Type="http://schemas.openxmlformats.org/officeDocument/2006/relationships/numbering" Target="numbering.xml"/><Relationship Id="rId8" Type="http://schemas.openxmlformats.org/officeDocument/2006/relationships/styles" Target="styles.xml"/><Relationship Id="rId31" Type="http://schemas.openxmlformats.org/officeDocument/2006/relationships/image" Target="media/image27.png"/><Relationship Id="rId30" Type="http://schemas.openxmlformats.org/officeDocument/2006/relationships/image" Target="media/image34.png"/><Relationship Id="rId11" Type="http://schemas.openxmlformats.org/officeDocument/2006/relationships/image" Target="media/image5.png"/><Relationship Id="rId33" Type="http://schemas.openxmlformats.org/officeDocument/2006/relationships/image" Target="media/image25.png"/><Relationship Id="rId10" Type="http://schemas.openxmlformats.org/officeDocument/2006/relationships/image" Target="media/image4.png"/><Relationship Id="rId32" Type="http://schemas.openxmlformats.org/officeDocument/2006/relationships/image" Target="media/image24.png"/><Relationship Id="rId13" Type="http://schemas.openxmlformats.org/officeDocument/2006/relationships/image" Target="media/image13.png"/><Relationship Id="rId35" Type="http://schemas.openxmlformats.org/officeDocument/2006/relationships/image" Target="media/image29.png"/><Relationship Id="rId12" Type="http://schemas.openxmlformats.org/officeDocument/2006/relationships/image" Target="media/image6.png"/><Relationship Id="rId34" Type="http://schemas.openxmlformats.org/officeDocument/2006/relationships/image" Target="media/image3.png"/><Relationship Id="rId15" Type="http://schemas.openxmlformats.org/officeDocument/2006/relationships/image" Target="media/image18.png"/><Relationship Id="rId37" Type="http://schemas.openxmlformats.org/officeDocument/2006/relationships/image" Target="media/image35.png"/><Relationship Id="rId14" Type="http://schemas.openxmlformats.org/officeDocument/2006/relationships/image" Target="media/image10.png"/><Relationship Id="rId36" Type="http://schemas.openxmlformats.org/officeDocument/2006/relationships/image" Target="media/image11.png"/><Relationship Id="rId17" Type="http://schemas.openxmlformats.org/officeDocument/2006/relationships/image" Target="media/image21.png"/><Relationship Id="rId39" Type="http://schemas.openxmlformats.org/officeDocument/2006/relationships/image" Target="media/image7.png"/><Relationship Id="rId16" Type="http://schemas.openxmlformats.org/officeDocument/2006/relationships/image" Target="media/image19.png"/><Relationship Id="rId38" Type="http://schemas.openxmlformats.org/officeDocument/2006/relationships/image" Target="media/image9.png"/><Relationship Id="rId19" Type="http://schemas.openxmlformats.org/officeDocument/2006/relationships/image" Target="media/image8.png"/><Relationship Id="rId18" Type="http://schemas.openxmlformats.org/officeDocument/2006/relationships/image" Target="media/image15.png"/></Relationships>
</file>

<file path=word/_rels/fontTable.xml.rels><?xml version="1.0" encoding="UTF-8" standalone="yes"?><Relationships xmlns="http://schemas.openxmlformats.org/package/2006/relationships"><Relationship Id="rId4" Type="http://schemas.openxmlformats.org/officeDocument/2006/relationships/font" Target="fonts/Cardo-regular.ttf"/><Relationship Id="rId9" Type="http://schemas.openxmlformats.org/officeDocument/2006/relationships/font" Target="fonts/CambriaMath-regular.ttf"/><Relationship Id="rId5" Type="http://schemas.openxmlformats.org/officeDocument/2006/relationships/font" Target="fonts/Cardo-bold.ttf"/><Relationship Id="rId6" Type="http://schemas.openxmlformats.org/officeDocument/2006/relationships/font" Target="fonts/Cardo-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4" Type="http://schemas.openxmlformats.org/officeDocument/2006/relationships/image" Target="media/image22.jpg"/><Relationship Id="rId5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doSBjLwlb9M4a0T1vZVUbcZd2Q==">CgMxLjAaJQoBMBIgCh4IB0IaCg9UaW1lcyBOZXcgUm9tYW4SB0d1bmdzdWgaIwoBMRIeChwIB0IYCg9UaW1lcyBOZXcgUm9tYW4SBUNhcmRvGiUKATISIAoeCAdCGgoPVGltZXMgTmV3IFJvbWFuEgdHdW5nc3VoGiMKATMSHgocCAdCGAoPVGltZXMgTmV3IFJvbWFuEgVDYXJkbzIOaC5wdjIydTU4NXRjYnAyDmgudXBxZ240amJjazg2OABqKQoUc3VnZ2VzdC5ka3lwYjJqdmxqcXMSEURlZXBpa2EgQW5uYW1hbGFpciExX0pkREgzZjc0Sk1SdTRaODE4MXdES1A4a2hTZVZfb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